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מקום בארץ – חידות תמונה: מזהים את היישוב?</w:t>
            </w:r>
          </w:p>
          <w:p>
            <w:pPr>
              <w:bidi/>
              <w:jc w:val="right"/>
            </w:pPr>
            <w:r>
              <w:rPr>
                <w:rFonts w:ascii="Arial" w:hAnsi="Arial" w:cs="Arial" w:eastAsia="Arial"/>
                <w:lang w:val="he-IL" w:bidi="he-IL"/>
                <w:b/>
                <w:color w:val="3C1361"/>
                <w:sz w:val="32"/>
                <w:rtl/>
                <w:szCs w:val="32"/>
                <w:bCs/>
              </w:rPr>
              <w:t>חוברת תרגול – מקום בארץ: חידות תמונה על יישובים בישראל</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שלושת שלבי הפתרון ואת סולם הרמזים של חידות התמונה</w:t>
      </w:r>
    </w:p>
    <w:p>
      <w:pPr>
        <w:bidi/>
        <w:spacing w:after="80"/>
        <w:jc w:val="right"/>
      </w:pPr>
      <w:r>
        <w:rPr>
          <w:rFonts w:ascii="Arial" w:hAnsi="Arial" w:cs="Arial" w:eastAsia="Arial"/>
          <w:lang w:val="he-IL" w:bidi="he-IL"/>
          <w:sz w:val="22"/>
          <w:rtl/>
          <w:szCs w:val="22"/>
        </w:rPr>
        <w:t>• לזהות ולהסביר שמונה דרכים לבניית חידה: צירוף, תצורה, סמיכות, הומופון, חיסור, מספר, זוגי</w:t>
      </w:r>
    </w:p>
    <w:p>
      <w:pPr>
        <w:bidi/>
        <w:spacing w:after="80"/>
        <w:jc w:val="right"/>
      </w:pPr>
      <w:r>
        <w:rPr>
          <w:rFonts w:ascii="Arial" w:hAnsi="Arial" w:cs="Arial" w:eastAsia="Arial"/>
          <w:lang w:val="he-IL" w:bidi="he-IL"/>
          <w:sz w:val="22"/>
          <w:rtl/>
          <w:szCs w:val="22"/>
        </w:rPr>
        <w:t>• לשייך יישובים מהחידות לאזור הגיאוגרפי הנכון במפת ישראל</w:t>
      </w:r>
    </w:p>
    <w:p>
      <w:pPr>
        <w:bidi/>
        <w:spacing w:after="80"/>
        <w:jc w:val="right"/>
      </w:pPr>
      <w:r>
        <w:rPr>
          <w:rFonts w:ascii="Arial" w:hAnsi="Arial" w:cs="Arial" w:eastAsia="Arial"/>
          <w:lang w:val="he-IL" w:bidi="he-IL"/>
          <w:sz w:val="22"/>
          <w:rtl/>
          <w:szCs w:val="22"/>
        </w:rPr>
        <w:t>• לתכנן ולכתוב חידת תמונה חדשה תוך שימוש מודע במנגנון לשוני</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איך פותרים חידת תמונה: שלושה צעדים וסולם רמזים – היכרות עם השלבים</w:t>
      </w:r>
    </w:p>
    <w:p>
      <w:pPr>
        <w:bidi/>
        <w:spacing w:after="40"/>
        <w:jc w:val="right"/>
      </w:pPr>
      <w:r>
        <w:rPr>
          <w:rFonts w:ascii="Arial" w:hAnsi="Arial" w:cs="Arial" w:eastAsia="Arial"/>
          <w:lang w:val="he-IL" w:bidi="he-IL"/>
          <w:sz w:val="22"/>
          <w:rtl/>
          <w:szCs w:val="22"/>
        </w:rPr>
        <w:t>1. ב – אומרים בקול מה רואים בכל תמונה</w:t>
      </w:r>
    </w:p>
    <w:p>
      <w:pPr>
        <w:bidi/>
        <w:spacing w:after="40"/>
        <w:jc w:val="right"/>
      </w:pPr>
      <w:r>
        <w:rPr>
          <w:rFonts w:ascii="Arial" w:hAnsi="Arial" w:cs="Arial" w:eastAsia="Arial"/>
          <w:lang w:val="he-IL" w:bidi="he-IL"/>
          <w:sz w:val="22"/>
          <w:rtl/>
          <w:szCs w:val="22"/>
        </w:rPr>
        <w:t>2. ב – שלושה</w:t>
      </w:r>
    </w:p>
    <w:p>
      <w:pPr>
        <w:bidi/>
        <w:pStyle w:val="Heading3"/>
        <w:spacing w:after="80"/>
        <w:jc w:val="right"/>
      </w:pPr>
      <w:r>
        <w:rPr>
          <w:rFonts w:ascii="Arial" w:hAnsi="Arial" w:cs="Arial" w:eastAsia="Arial"/>
          <w:lang w:val="he-IL" w:bidi="he-IL"/>
          <w:b/>
          <w:color w:val="DD6B20"/>
          <w:sz w:val="26"/>
          <w:rtl/>
          <w:szCs w:val="26"/>
          <w:bCs/>
        </w:rPr>
        <w:t>חלק ב׳ – פרק 1 · איך פותרים חידת תמונה: שלושה צעדים וסולם רמזים – היכרות עם השלבים (המשך)</w:t>
      </w:r>
    </w:p>
    <w:p>
      <w:pPr>
        <w:bidi/>
        <w:spacing w:after="40"/>
        <w:jc w:val="right"/>
      </w:pPr>
      <w:r>
        <w:rPr>
          <w:rFonts w:ascii="Arial" w:hAnsi="Arial" w:cs="Arial" w:eastAsia="Arial"/>
          <w:lang w:val="he-IL" w:bidi="he-IL"/>
          <w:sz w:val="22"/>
          <w:rtl/>
          <w:szCs w:val="22"/>
        </w:rPr>
        <w:t>1. נכון – כך אפשר לדעת כמה מילים וכמה אותיות מחפשים.</w:t>
      </w:r>
    </w:p>
    <w:p>
      <w:pPr>
        <w:bidi/>
        <w:spacing w:after="40"/>
        <w:jc w:val="right"/>
      </w:pPr>
      <w:r>
        <w:rPr>
          <w:rFonts w:ascii="Arial" w:hAnsi="Arial" w:cs="Arial" w:eastAsia="Arial"/>
          <w:lang w:val="he-IL" w:bidi="he-IL"/>
          <w:sz w:val="22"/>
          <w:rtl/>
          <w:szCs w:val="22"/>
        </w:rPr>
        <w:t>2. לא נכון – הרמז הראשון הוא איזה אזור מופיע במפה, ולא משחק המילים.</w:t>
      </w:r>
    </w:p>
    <w:p>
      <w:pPr>
        <w:bidi/>
        <w:pStyle w:val="Heading3"/>
        <w:spacing w:after="80"/>
        <w:jc w:val="right"/>
      </w:pPr>
      <w:r>
        <w:rPr>
          <w:rFonts w:ascii="Arial" w:hAnsi="Arial" w:cs="Arial" w:eastAsia="Arial"/>
          <w:lang w:val="he-IL" w:bidi="he-IL"/>
          <w:b/>
          <w:color w:val="3182CE"/>
          <w:sz w:val="26"/>
          <w:rtl/>
          <w:szCs w:val="26"/>
          <w:bCs/>
        </w:rPr>
        <w:t>חלק ג׳ – פרק 1 · איך פותרים חידת תמונה: שלושה צעדים וסולם רמזים – מיישמים את הצעדים</w:t>
      </w:r>
    </w:p>
    <w:p>
      <w:pPr>
        <w:bidi/>
        <w:spacing w:after="40"/>
        <w:jc w:val="right"/>
      </w:pPr>
      <w:r>
        <w:rPr>
          <w:rFonts w:ascii="Arial" w:hAnsi="Arial" w:cs="Arial" w:eastAsia="Arial"/>
          <w:lang w:val="he-IL" w:bidi="he-IL"/>
          <w:sz w:val="22"/>
          <w:rtl/>
          <w:szCs w:val="22"/>
        </w:rPr>
        <w:t>1. יישוב</w:t>
      </w:r>
    </w:p>
    <w:p>
      <w:pPr>
        <w:bidi/>
        <w:spacing w:after="40"/>
        <w:jc w:val="right"/>
      </w:pPr>
      <w:r>
        <w:rPr>
          <w:rFonts w:ascii="Arial" w:hAnsi="Arial" w:cs="Arial" w:eastAsia="Arial"/>
          <w:lang w:val="he-IL" w:bidi="he-IL"/>
          <w:sz w:val="22"/>
          <w:rtl/>
          <w:szCs w:val="22"/>
        </w:rPr>
        <w:t>2. מעיין</w:t>
      </w:r>
    </w:p>
    <w:p>
      <w:pPr>
        <w:bidi/>
        <w:pStyle w:val="Heading3"/>
        <w:spacing w:after="80"/>
        <w:jc w:val="right"/>
      </w:pPr>
      <w:r>
        <w:rPr>
          <w:rFonts w:ascii="Arial" w:hAnsi="Arial" w:cs="Arial" w:eastAsia="Arial"/>
          <w:lang w:val="he-IL" w:bidi="he-IL"/>
          <w:b/>
          <w:color w:val="38A169"/>
          <w:sz w:val="26"/>
          <w:rtl/>
          <w:szCs w:val="26"/>
          <w:bCs/>
        </w:rPr>
        <w:t>חלק ד׳ – פרק 1 · איך פותרים חידת תמונה: שלושה צעדים וסולם רמזים – מיישמים את הצעדים (המשך)</w:t>
      </w:r>
    </w:p>
    <w:p>
      <w:pPr>
        <w:bidi/>
        <w:spacing w:after="40"/>
        <w:jc w:val="right"/>
      </w:pPr>
      <w:r>
        <w:rPr>
          <w:rFonts w:ascii="Arial" w:hAnsi="Arial" w:cs="Arial" w:eastAsia="Arial"/>
          <w:lang w:val="he-IL" w:bidi="he-IL"/>
          <w:sz w:val="22"/>
          <w:rtl/>
          <w:szCs w:val="22"/>
        </w:rPr>
        <w:t>1 – ד (אומרים בקול מה רואים בכל תמונה)</w:t>
      </w:r>
    </w:p>
    <w:p>
      <w:pPr>
        <w:bidi/>
        <w:spacing w:after="40"/>
        <w:jc w:val="right"/>
      </w:pPr>
      <w:r>
        <w:rPr>
          <w:rFonts w:ascii="Arial" w:hAnsi="Arial" w:cs="Arial" w:eastAsia="Arial"/>
          <w:lang w:val="he-IL" w:bidi="he-IL"/>
          <w:sz w:val="22"/>
          <w:rtl/>
          <w:szCs w:val="22"/>
        </w:rPr>
        <w:t>2 – ג (סופרים משבצות ואותיות)</w:t>
      </w:r>
    </w:p>
    <w:p>
      <w:pPr>
        <w:bidi/>
        <w:spacing w:after="40"/>
        <w:jc w:val="right"/>
      </w:pPr>
      <w:r>
        <w:rPr>
          <w:rFonts w:ascii="Arial" w:hAnsi="Arial" w:cs="Arial" w:eastAsia="Arial"/>
          <w:lang w:val="he-IL" w:bidi="he-IL"/>
          <w:sz w:val="22"/>
          <w:rtl/>
          <w:szCs w:val="22"/>
        </w:rPr>
        <w:t>3 – א (מחברים ובודקים אם יש יישוב כזה)</w:t>
      </w:r>
    </w:p>
    <w:p>
      <w:pPr>
        <w:bidi/>
        <w:spacing w:after="40"/>
        <w:jc w:val="right"/>
      </w:pPr>
      <w:r>
        <w:rPr>
          <w:rFonts w:ascii="Arial" w:hAnsi="Arial" w:cs="Arial" w:eastAsia="Arial"/>
          <w:lang w:val="he-IL" w:bidi="he-IL"/>
          <w:sz w:val="22"/>
          <w:rtl/>
          <w:szCs w:val="22"/>
        </w:rPr>
        <w:t>4 – ב (איזה אזור מופיע במפה)</w:t>
      </w:r>
    </w:p>
    <w:p>
      <w:pPr>
        <w:bidi/>
        <w:pStyle w:val="Heading3"/>
        <w:spacing w:after="80"/>
        <w:jc w:val="right"/>
      </w:pPr>
      <w:r>
        <w:rPr>
          <w:rFonts w:ascii="Arial" w:hAnsi="Arial" w:cs="Arial" w:eastAsia="Arial"/>
          <w:lang w:val="he-IL" w:bidi="he-IL"/>
          <w:b/>
          <w:color w:val="805AD5"/>
          <w:sz w:val="26"/>
          <w:rtl/>
          <w:szCs w:val="26"/>
          <w:bCs/>
        </w:rPr>
        <w:t>חלק ה׳ – פרק 2 · מנגנוני לשון בסיסיים: צירוף מילים וסמיכות – זיהוי בסיסי</w:t>
      </w:r>
    </w:p>
    <w:p>
      <w:pPr>
        <w:bidi/>
        <w:spacing w:after="40"/>
        <w:jc w:val="right"/>
      </w:pPr>
      <w:r>
        <w:rPr>
          <w:rFonts w:ascii="Arial" w:hAnsi="Arial" w:cs="Arial" w:eastAsia="Arial"/>
          <w:lang w:val="he-IL" w:bidi="he-IL"/>
          <w:sz w:val="22"/>
          <w:rtl/>
          <w:szCs w:val="22"/>
        </w:rPr>
        <w:t>1. ג – בית שמש</w:t>
      </w:r>
    </w:p>
    <w:p>
      <w:pPr>
        <w:bidi/>
        <w:spacing w:after="40"/>
        <w:jc w:val="right"/>
      </w:pPr>
      <w:r>
        <w:rPr>
          <w:rFonts w:ascii="Arial" w:hAnsi="Arial" w:cs="Arial" w:eastAsia="Arial"/>
          <w:lang w:val="he-IL" w:bidi="he-IL"/>
          <w:sz w:val="22"/>
          <w:rtl/>
          <w:szCs w:val="22"/>
        </w:rPr>
        <w:t>2. ב – צורת נסמך</w:t>
      </w:r>
    </w:p>
    <w:p>
      <w:pPr>
        <w:bidi/>
        <w:spacing w:after="40"/>
        <w:jc w:val="right"/>
      </w:pPr>
      <w:r>
        <w:rPr>
          <w:rFonts w:ascii="Arial" w:hAnsi="Arial" w:cs="Arial" w:eastAsia="Arial"/>
          <w:lang w:val="he-IL" w:bidi="he-IL"/>
          <w:sz w:val="22"/>
          <w:rtl/>
          <w:szCs w:val="22"/>
        </w:rPr>
        <w:t>3. ב – שתי המילים נשארות שלמות בלי שינוי</w:t>
      </w:r>
    </w:p>
    <w:p>
      <w:pPr>
        <w:bidi/>
        <w:pStyle w:val="Heading3"/>
        <w:spacing w:after="80"/>
        <w:jc w:val="right"/>
      </w:pPr>
      <w:r>
        <w:rPr>
          <w:rFonts w:ascii="Arial" w:hAnsi="Arial" w:cs="Arial" w:eastAsia="Arial"/>
          <w:lang w:val="he-IL" w:bidi="he-IL"/>
          <w:b/>
          <w:color w:val="D53F8C"/>
          <w:sz w:val="26"/>
          <w:rtl/>
          <w:szCs w:val="26"/>
          <w:bCs/>
        </w:rPr>
        <w:t>חלק ו׳ – פרק 2 · מנגנוני לשון בסיסיים: צירוף מילים וסמיכות – נכון/לא נכון</w:t>
      </w:r>
    </w:p>
    <w:p>
      <w:pPr>
        <w:bidi/>
        <w:spacing w:after="40"/>
        <w:jc w:val="right"/>
      </w:pPr>
      <w:r>
        <w:rPr>
          <w:rFonts w:ascii="Arial" w:hAnsi="Arial" w:cs="Arial" w:eastAsia="Arial"/>
          <w:lang w:val="he-IL" w:bidi="he-IL"/>
          <w:sz w:val="22"/>
          <w:rtl/>
          <w:szCs w:val="22"/>
        </w:rPr>
        <w:t>1. נכון – קריה הופכת לקריית (סמיכות), והמספר 8 נקרא בקול 'שמונה'.</w:t>
      </w:r>
    </w:p>
    <w:p>
      <w:pPr>
        <w:bidi/>
        <w:pStyle w:val="Heading3"/>
        <w:spacing w:after="80"/>
        <w:jc w:val="right"/>
      </w:pPr>
      <w:r>
        <w:rPr>
          <w:rFonts w:ascii="Arial" w:hAnsi="Arial" w:cs="Arial" w:eastAsia="Arial"/>
          <w:lang w:val="he-IL" w:bidi="he-IL"/>
          <w:b/>
          <w:color w:val="E53E3E"/>
          <w:sz w:val="26"/>
          <w:rtl/>
          <w:szCs w:val="26"/>
          <w:bCs/>
        </w:rPr>
        <w:t>חלק ז׳ – פרק 2 · מנגנוני לשון בסיסיים: צירוף מילים וסמיכות – השלמת צירופים</w:t>
      </w:r>
    </w:p>
    <w:p>
      <w:pPr>
        <w:bidi/>
        <w:spacing w:after="40"/>
        <w:jc w:val="right"/>
      </w:pPr>
      <w:r>
        <w:rPr>
          <w:rFonts w:ascii="Arial" w:hAnsi="Arial" w:cs="Arial" w:eastAsia="Arial"/>
          <w:lang w:val="he-IL" w:bidi="he-IL"/>
          <w:sz w:val="22"/>
          <w:rtl/>
          <w:szCs w:val="22"/>
        </w:rPr>
        <w:t>1. רמת גן</w:t>
      </w:r>
    </w:p>
    <w:p>
      <w:pPr>
        <w:bidi/>
        <w:spacing w:after="40"/>
        <w:jc w:val="right"/>
      </w:pPr>
      <w:r>
        <w:rPr>
          <w:rFonts w:ascii="Arial" w:hAnsi="Arial" w:cs="Arial" w:eastAsia="Arial"/>
          <w:lang w:val="he-IL" w:bidi="he-IL"/>
          <w:sz w:val="22"/>
          <w:rtl/>
          <w:szCs w:val="22"/>
        </w:rPr>
        <w:t>2. קריית ים</w:t>
      </w:r>
    </w:p>
    <w:p>
      <w:pPr>
        <w:bidi/>
        <w:pStyle w:val="Heading3"/>
        <w:spacing w:after="80"/>
        <w:jc w:val="right"/>
      </w:pPr>
      <w:r>
        <w:rPr>
          <w:rFonts w:ascii="Arial" w:hAnsi="Arial" w:cs="Arial" w:eastAsia="Arial"/>
          <w:lang w:val="he-IL" w:bidi="he-IL"/>
          <w:b/>
          <w:color w:val="DD6B20"/>
          <w:sz w:val="26"/>
          <w:rtl/>
          <w:szCs w:val="26"/>
          <w:bCs/>
        </w:rPr>
        <w:t>חלק ח׳ – פרק 2 · מנגנוני לשון בסיסיים: צירוף מילים וסמיכות – התאמת מושגים</w:t>
      </w:r>
    </w:p>
    <w:p>
      <w:pPr>
        <w:bidi/>
        <w:spacing w:after="40"/>
        <w:jc w:val="right"/>
      </w:pPr>
      <w:r>
        <w:rPr>
          <w:rFonts w:ascii="Arial" w:hAnsi="Arial" w:cs="Arial" w:eastAsia="Arial"/>
          <w:lang w:val="he-IL" w:bidi="he-IL"/>
          <w:sz w:val="22"/>
          <w:rtl/>
          <w:szCs w:val="22"/>
        </w:rPr>
        <w:t>1 – ב (שתי מילים נשמרות כצורתן, כמו בית ושמש)</w:t>
      </w:r>
    </w:p>
    <w:p>
      <w:pPr>
        <w:bidi/>
        <w:spacing w:after="40"/>
        <w:jc w:val="right"/>
      </w:pPr>
      <w:r>
        <w:rPr>
          <w:rFonts w:ascii="Arial" w:hAnsi="Arial" w:cs="Arial" w:eastAsia="Arial"/>
          <w:lang w:val="he-IL" w:bidi="he-IL"/>
          <w:sz w:val="22"/>
          <w:rtl/>
          <w:szCs w:val="22"/>
        </w:rPr>
        <w:t>2 – א (המילה הראשונה משנה צורה, ה' הופכת לת')</w:t>
      </w:r>
    </w:p>
    <w:p>
      <w:pPr>
        <w:bidi/>
        <w:pStyle w:val="Heading3"/>
        <w:spacing w:after="80"/>
        <w:jc w:val="right"/>
      </w:pPr>
      <w:r>
        <w:rPr>
          <w:rFonts w:ascii="Arial" w:hAnsi="Arial" w:cs="Arial" w:eastAsia="Arial"/>
          <w:lang w:val="he-IL" w:bidi="he-IL"/>
          <w:b/>
          <w:color w:val="3182CE"/>
          <w:sz w:val="26"/>
          <w:rtl/>
          <w:szCs w:val="26"/>
          <w:bCs/>
        </w:rPr>
        <w:t>חלק ט׳ – פרק 3 · מנגנוני לשון מתקדמים: תצורה, הומופונים, חיסור אות, מספר וזוגי – זיהוי המנגנון</w:t>
      </w:r>
    </w:p>
    <w:p>
      <w:pPr>
        <w:bidi/>
        <w:spacing w:after="40"/>
        <w:jc w:val="right"/>
      </w:pPr>
      <w:r>
        <w:rPr>
          <w:rFonts w:ascii="Arial" w:hAnsi="Arial" w:cs="Arial" w:eastAsia="Arial"/>
          <w:lang w:val="he-IL" w:bidi="he-IL"/>
          <w:sz w:val="22"/>
          <w:rtl/>
          <w:szCs w:val="22"/>
        </w:rPr>
        <w:t>1. א – מילה שנשמעת כמו מילה אחרת אך נכתבת או מתפרשת אחרת</w:t>
      </w:r>
    </w:p>
    <w:p>
      <w:pPr>
        <w:bidi/>
        <w:spacing w:after="40"/>
        <w:jc w:val="right"/>
      </w:pPr>
      <w:r>
        <w:rPr>
          <w:rFonts w:ascii="Arial" w:hAnsi="Arial" w:cs="Arial" w:eastAsia="Arial"/>
          <w:lang w:val="he-IL" w:bidi="he-IL"/>
          <w:sz w:val="22"/>
          <w:rtl/>
          <w:szCs w:val="22"/>
        </w:rPr>
        <w:t>2. א – סמיכות – ה' הופכת לת'</w:t>
      </w:r>
    </w:p>
    <w:p>
      <w:pPr>
        <w:bidi/>
        <w:spacing w:after="40"/>
        <w:jc w:val="right"/>
      </w:pPr>
      <w:r>
        <w:rPr>
          <w:rFonts w:ascii="Arial" w:hAnsi="Arial" w:cs="Arial" w:eastAsia="Arial"/>
          <w:lang w:val="he-IL" w:bidi="he-IL"/>
          <w:sz w:val="22"/>
          <w:rtl/>
          <w:szCs w:val="22"/>
        </w:rPr>
        <w:t>3. א – חיסור אות</w:t>
      </w:r>
    </w:p>
    <w:p>
      <w:pPr>
        <w:bidi/>
        <w:pStyle w:val="Heading3"/>
        <w:spacing w:after="80"/>
        <w:jc w:val="right"/>
      </w:pPr>
      <w:r>
        <w:rPr>
          <w:rFonts w:ascii="Arial" w:hAnsi="Arial" w:cs="Arial" w:eastAsia="Arial"/>
          <w:lang w:val="he-IL" w:bidi="he-IL"/>
          <w:b/>
          <w:color w:val="38A169"/>
          <w:sz w:val="26"/>
          <w:rtl/>
          <w:szCs w:val="26"/>
          <w:bCs/>
        </w:rPr>
        <w:t>חלק י׳ – פרק 3 · מנגנוני לשון מתקדמים: תצורה, הומופונים, חיסור אות, מספר וזוגי – השלמות</w:t>
      </w:r>
    </w:p>
    <w:p>
      <w:pPr>
        <w:bidi/>
        <w:spacing w:after="40"/>
        <w:jc w:val="right"/>
      </w:pPr>
      <w:r>
        <w:rPr>
          <w:rFonts w:ascii="Arial" w:hAnsi="Arial" w:cs="Arial" w:eastAsia="Arial"/>
          <w:lang w:val="he-IL" w:bidi="he-IL"/>
          <w:sz w:val="22"/>
          <w:rtl/>
          <w:szCs w:val="22"/>
        </w:rPr>
        <w:t>1. יה</w:t>
      </w:r>
    </w:p>
    <w:p>
      <w:pPr>
        <w:bidi/>
        <w:spacing w:after="40"/>
        <w:jc w:val="right"/>
      </w:pPr>
      <w:r>
        <w:rPr>
          <w:rFonts w:ascii="Arial" w:hAnsi="Arial" w:cs="Arial" w:eastAsia="Arial"/>
          <w:lang w:val="he-IL" w:bidi="he-IL"/>
          <w:sz w:val="22"/>
          <w:rtl/>
          <w:szCs w:val="22"/>
        </w:rPr>
        <w:t>2. 8</w:t>
      </w:r>
    </w:p>
    <w:p>
      <w:pPr>
        <w:bidi/>
        <w:pStyle w:val="Heading3"/>
        <w:spacing w:after="80"/>
        <w:jc w:val="right"/>
      </w:pPr>
      <w:r>
        <w:rPr>
          <w:rFonts w:ascii="Arial" w:hAnsi="Arial" w:cs="Arial" w:eastAsia="Arial"/>
          <w:lang w:val="he-IL" w:bidi="he-IL"/>
          <w:b/>
          <w:color w:val="805AD5"/>
          <w:sz w:val="26"/>
          <w:rtl/>
          <w:szCs w:val="26"/>
          <w:bCs/>
        </w:rPr>
        <w:t>חלק י״א – פרק 3 · מנגנוני לשון מתקדמים: תצורה, הומופונים, חיסור אות, מספר וזוגי – הסבר ויצירה</w:t>
      </w:r>
    </w:p>
    <w:p>
      <w:pPr>
        <w:bidi/>
        <w:pStyle w:val="Heading3"/>
        <w:spacing w:after="80"/>
        <w:jc w:val="right"/>
      </w:pPr>
      <w:r>
        <w:rPr>
          <w:rFonts w:ascii="Arial" w:hAnsi="Arial" w:cs="Arial" w:eastAsia="Arial"/>
          <w:lang w:val="he-IL" w:bidi="he-IL"/>
          <w:b/>
          <w:color w:val="D53F8C"/>
          <w:sz w:val="26"/>
          <w:rtl/>
          <w:szCs w:val="26"/>
          <w:bCs/>
        </w:rPr>
        <w:t>חלק י״ב – פרק 4 · גיאוגרפיה של ישראל: אזורים ויישובים בחידות – היכרות עם האזורים</w:t>
      </w:r>
    </w:p>
    <w:p>
      <w:pPr>
        <w:bidi/>
        <w:spacing w:after="40"/>
        <w:jc w:val="right"/>
      </w:pPr>
      <w:r>
        <w:rPr>
          <w:rFonts w:ascii="Arial" w:hAnsi="Arial" w:cs="Arial" w:eastAsia="Arial"/>
          <w:lang w:val="he-IL" w:bidi="he-IL"/>
          <w:sz w:val="22"/>
          <w:rtl/>
          <w:szCs w:val="22"/>
        </w:rPr>
        <w:t>1. ג – 6</w:t>
      </w:r>
    </w:p>
    <w:p>
      <w:pPr>
        <w:bidi/>
        <w:spacing w:after="40"/>
        <w:jc w:val="right"/>
      </w:pPr>
      <w:r>
        <w:rPr>
          <w:rFonts w:ascii="Arial" w:hAnsi="Arial" w:cs="Arial" w:eastAsia="Arial"/>
          <w:lang w:val="he-IL" w:bidi="he-IL"/>
          <w:sz w:val="22"/>
          <w:rtl/>
          <w:szCs w:val="22"/>
        </w:rPr>
        <w:t>2. ב – חיפה והכרמל</w:t>
      </w:r>
    </w:p>
    <w:p>
      <w:pPr>
        <w:bidi/>
        <w:spacing w:after="40"/>
        <w:jc w:val="right"/>
      </w:pPr>
      <w:r>
        <w:rPr>
          <w:rFonts w:ascii="Arial" w:hAnsi="Arial" w:cs="Arial" w:eastAsia="Arial"/>
          <w:lang w:val="he-IL" w:bidi="he-IL"/>
          <w:sz w:val="22"/>
          <w:rtl/>
          <w:szCs w:val="22"/>
        </w:rPr>
        <w:t>3. א – נשר וטירת כרמל</w:t>
      </w:r>
    </w:p>
    <w:p>
      <w:pPr>
        <w:bidi/>
        <w:pStyle w:val="Heading3"/>
        <w:spacing w:after="80"/>
        <w:jc w:val="right"/>
      </w:pPr>
      <w:r>
        <w:rPr>
          <w:rFonts w:ascii="Arial" w:hAnsi="Arial" w:cs="Arial" w:eastAsia="Arial"/>
          <w:lang w:val="he-IL" w:bidi="he-IL"/>
          <w:b/>
          <w:color w:val="E53E3E"/>
          <w:sz w:val="26"/>
          <w:rtl/>
          <w:szCs w:val="26"/>
          <w:bCs/>
        </w:rPr>
        <w:t>חלק י״ג – פרק 4 · גיאוגרפיה של ישראל: אזורים ויישובים בחידות – נכון או לא נכון</w:t>
      </w:r>
    </w:p>
    <w:p>
      <w:pPr>
        <w:bidi/>
        <w:spacing w:after="40"/>
        <w:jc w:val="right"/>
      </w:pPr>
      <w:r>
        <w:rPr>
          <w:rFonts w:ascii="Arial" w:hAnsi="Arial" w:cs="Arial" w:eastAsia="Arial"/>
          <w:lang w:val="he-IL" w:bidi="he-IL"/>
          <w:sz w:val="22"/>
          <w:rtl/>
          <w:szCs w:val="22"/>
        </w:rPr>
        <w:t>1. נכון – שניהם נמצאים בדרום הארץ, בתוך אזור הנגב והערבה שבאתר</w:t>
      </w:r>
    </w:p>
    <w:p>
      <w:pPr>
        <w:bidi/>
        <w:pStyle w:val="Heading3"/>
        <w:spacing w:after="80"/>
        <w:jc w:val="right"/>
      </w:pPr>
      <w:r>
        <w:rPr>
          <w:rFonts w:ascii="Arial" w:hAnsi="Arial" w:cs="Arial" w:eastAsia="Arial"/>
          <w:lang w:val="he-IL" w:bidi="he-IL"/>
          <w:b/>
          <w:color w:val="DD6B20"/>
          <w:sz w:val="26"/>
          <w:rtl/>
          <w:szCs w:val="26"/>
          <w:bCs/>
        </w:rPr>
        <w:t>חלק י״ד – פרק 4 · גיאוגרפיה של ישראל: אזורים ויישובים בחידות – שיוך יישובים לאזור</w:t>
      </w:r>
    </w:p>
    <w:p>
      <w:pPr>
        <w:bidi/>
        <w:spacing w:after="40"/>
        <w:jc w:val="right"/>
      </w:pPr>
      <w:r>
        <w:rPr>
          <w:rFonts w:ascii="Arial" w:hAnsi="Arial" w:cs="Arial" w:eastAsia="Arial"/>
          <w:lang w:val="he-IL" w:bidi="he-IL"/>
          <w:sz w:val="22"/>
          <w:rtl/>
          <w:szCs w:val="22"/>
        </w:rPr>
        <w:t>1. נגב והערבה</w:t>
      </w:r>
    </w:p>
    <w:p>
      <w:pPr>
        <w:bidi/>
        <w:spacing w:after="40"/>
        <w:jc w:val="right"/>
      </w:pPr>
      <w:r>
        <w:rPr>
          <w:rFonts w:ascii="Arial" w:hAnsi="Arial" w:cs="Arial" w:eastAsia="Arial"/>
          <w:lang w:val="he-IL" w:bidi="he-IL"/>
          <w:sz w:val="22"/>
          <w:rtl/>
          <w:szCs w:val="22"/>
        </w:rPr>
        <w:t>2. חיפה והכרמל</w:t>
      </w:r>
    </w:p>
    <w:p>
      <w:pPr>
        <w:bidi/>
        <w:pStyle w:val="Heading3"/>
        <w:spacing w:after="80"/>
        <w:jc w:val="right"/>
      </w:pPr>
      <w:r>
        <w:rPr>
          <w:rFonts w:ascii="Arial" w:hAnsi="Arial" w:cs="Arial" w:eastAsia="Arial"/>
          <w:lang w:val="he-IL" w:bidi="he-IL"/>
          <w:b/>
          <w:color w:val="3182CE"/>
          <w:sz w:val="26"/>
          <w:rtl/>
          <w:szCs w:val="26"/>
          <w:bCs/>
        </w:rPr>
        <w:t>חלק ט״ו – פרק 4 · גיאוגרפיה של ישראל: אזורים ויישובים בחידות – התאמת יישוב לאזור</w:t>
      </w:r>
    </w:p>
    <w:p>
      <w:pPr>
        <w:bidi/>
        <w:spacing w:after="40"/>
        <w:jc w:val="right"/>
      </w:pPr>
      <w:r>
        <w:rPr>
          <w:rFonts w:ascii="Arial" w:hAnsi="Arial" w:cs="Arial" w:eastAsia="Arial"/>
          <w:lang w:val="he-IL" w:bidi="he-IL"/>
          <w:sz w:val="22"/>
          <w:rtl/>
          <w:szCs w:val="22"/>
        </w:rPr>
        <w:t>1 – ד (הגליל והצפון)</w:t>
      </w:r>
    </w:p>
    <w:p>
      <w:pPr>
        <w:bidi/>
        <w:spacing w:after="40"/>
        <w:jc w:val="right"/>
      </w:pPr>
      <w:r>
        <w:rPr>
          <w:rFonts w:ascii="Arial" w:hAnsi="Arial" w:cs="Arial" w:eastAsia="Arial"/>
          <w:lang w:val="he-IL" w:bidi="he-IL"/>
          <w:sz w:val="22"/>
          <w:rtl/>
          <w:szCs w:val="22"/>
        </w:rPr>
        <w:t>2 – ג (חיפה והכרמל)</w:t>
      </w:r>
    </w:p>
    <w:p>
      <w:pPr>
        <w:bidi/>
        <w:spacing w:after="40"/>
        <w:jc w:val="right"/>
      </w:pPr>
      <w:r>
        <w:rPr>
          <w:rFonts w:ascii="Arial" w:hAnsi="Arial" w:cs="Arial" w:eastAsia="Arial"/>
          <w:lang w:val="he-IL" w:bidi="he-IL"/>
          <w:sz w:val="22"/>
          <w:rtl/>
          <w:szCs w:val="22"/>
        </w:rPr>
        <w:t>3 – ב (העמקים)</w:t>
      </w:r>
    </w:p>
    <w:p>
      <w:pPr>
        <w:bidi/>
        <w:spacing w:after="40"/>
        <w:jc w:val="right"/>
      </w:pPr>
      <w:r>
        <w:rPr>
          <w:rFonts w:ascii="Arial" w:hAnsi="Arial" w:cs="Arial" w:eastAsia="Arial"/>
          <w:lang w:val="he-IL" w:bidi="he-IL"/>
          <w:sz w:val="22"/>
          <w:rtl/>
          <w:szCs w:val="22"/>
        </w:rPr>
        <w:t>4 – א (השרון והמרכז)</w:t>
      </w:r>
    </w:p>
    <w:p>
      <w:pPr>
        <w:bidi/>
        <w:pStyle w:val="Heading3"/>
        <w:spacing w:after="80"/>
        <w:jc w:val="right"/>
      </w:pPr>
      <w:r>
        <w:rPr>
          <w:rFonts w:ascii="Arial" w:hAnsi="Arial" w:cs="Arial" w:eastAsia="Arial"/>
          <w:lang w:val="he-IL" w:bidi="he-IL"/>
          <w:b/>
          <w:color w:val="38A169"/>
          <w:sz w:val="26"/>
          <w:rtl/>
          <w:szCs w:val="26"/>
          <w:bCs/>
        </w:rPr>
        <w:t>חלק ט״ז – פרק 5 · בונים חידת תמונה משלכם – מכירים את הדרכים לבניית חידה</w:t>
      </w:r>
    </w:p>
    <w:p>
      <w:pPr>
        <w:bidi/>
        <w:spacing w:after="40"/>
        <w:jc w:val="right"/>
      </w:pPr>
      <w:r>
        <w:rPr>
          <w:rFonts w:ascii="Arial" w:hAnsi="Arial" w:cs="Arial" w:eastAsia="Arial"/>
          <w:lang w:val="he-IL" w:bidi="he-IL"/>
          <w:sz w:val="22"/>
          <w:rtl/>
          <w:szCs w:val="22"/>
        </w:rPr>
        <w:t>1. א – מחלקים אותו לחלקים שאפשר לצייר</w:t>
      </w:r>
    </w:p>
    <w:p>
      <w:pPr>
        <w:bidi/>
        <w:spacing w:after="40"/>
        <w:jc w:val="right"/>
      </w:pPr>
      <w:r>
        <w:rPr>
          <w:rFonts w:ascii="Arial" w:hAnsi="Arial" w:cs="Arial" w:eastAsia="Arial"/>
          <w:lang w:val="he-IL" w:bidi="he-IL"/>
          <w:sz w:val="22"/>
          <w:rtl/>
          <w:szCs w:val="22"/>
        </w:rPr>
        <w:t>2. ב – כשחלק מהשם אי אפשר לצייר בתמונה</w:t>
      </w:r>
    </w:p>
    <w:p>
      <w:pPr>
        <w:bidi/>
        <w:pStyle w:val="Heading3"/>
        <w:spacing w:after="80"/>
        <w:jc w:val="right"/>
      </w:pPr>
      <w:r>
        <w:rPr>
          <w:rFonts w:ascii="Arial" w:hAnsi="Arial" w:cs="Arial" w:eastAsia="Arial"/>
          <w:lang w:val="he-IL" w:bidi="he-IL"/>
          <w:b/>
          <w:color w:val="805AD5"/>
          <w:sz w:val="26"/>
          <w:rtl/>
          <w:szCs w:val="26"/>
          <w:bCs/>
        </w:rPr>
        <w:t>חלק י״ז – פרק 5 · בונים חידת תמונה משלכם – תרגול פירוק שמות יישובים</w:t>
      </w:r>
    </w:p>
    <w:p>
      <w:pPr>
        <w:bidi/>
        <w:spacing w:after="40"/>
        <w:jc w:val="right"/>
      </w:pPr>
      <w:r>
        <w:rPr>
          <w:rFonts w:ascii="Arial" w:hAnsi="Arial" w:cs="Arial" w:eastAsia="Arial"/>
          <w:lang w:val="he-IL" w:bidi="he-IL"/>
          <w:sz w:val="22"/>
          <w:rtl/>
          <w:szCs w:val="22"/>
        </w:rPr>
        <w:t>1. נכון – כך נוצרת צורת הנסמך בעברית, למשל רמה הופכת לרמת גן</w:t>
      </w:r>
    </w:p>
    <w:p>
      <w:pPr>
        <w:bidi/>
        <w:spacing w:after="40"/>
        <w:jc w:val="right"/>
      </w:pPr>
      <w:r>
        <w:rPr>
          <w:rFonts w:ascii="Arial" w:hAnsi="Arial" w:cs="Arial" w:eastAsia="Arial"/>
          <w:lang w:val="he-IL" w:bidi="he-IL"/>
          <w:sz w:val="22"/>
          <w:rtl/>
          <w:szCs w:val="22"/>
        </w:rPr>
        <w:t>2. לא נכון – הומופון הוא מילים שנשמעות אותו דבר אבל נכתבות או מתפרשות אחרת, כמו אתה ואתא</w:t>
      </w:r>
    </w:p>
    <w:p>
      <w:pPr>
        <w:bidi/>
        <w:pStyle w:val="Heading3"/>
        <w:spacing w:after="80"/>
        <w:jc w:val="right"/>
      </w:pPr>
      <w:r>
        <w:rPr>
          <w:rFonts w:ascii="Arial" w:hAnsi="Arial" w:cs="Arial" w:eastAsia="Arial"/>
          <w:lang w:val="he-IL" w:bidi="he-IL"/>
          <w:b/>
          <w:color w:val="D53F8C"/>
          <w:sz w:val="26"/>
          <w:rtl/>
          <w:szCs w:val="26"/>
          <w:bCs/>
        </w:rPr>
        <w:t>חלק י״ח – פרק 5 · בונים חידת תמונה משלכם – השלמות והתאמות</w:t>
      </w:r>
    </w:p>
    <w:p>
      <w:pPr>
        <w:bidi/>
        <w:spacing w:after="40"/>
        <w:jc w:val="right"/>
      </w:pPr>
      <w:r>
        <w:rPr>
          <w:rFonts w:ascii="Arial" w:hAnsi="Arial" w:cs="Arial" w:eastAsia="Arial"/>
          <w:lang w:val="he-IL" w:bidi="he-IL"/>
          <w:sz w:val="22"/>
          <w:rtl/>
          <w:szCs w:val="22"/>
        </w:rPr>
        <w:t>1. בית שמש</w:t>
      </w:r>
    </w:p>
    <w:p>
      <w:pPr>
        <w:bidi/>
        <w:spacing w:after="40"/>
        <w:jc w:val="right"/>
      </w:pPr>
      <w:r>
        <w:rPr>
          <w:rFonts w:ascii="Arial" w:hAnsi="Arial" w:cs="Arial" w:eastAsia="Arial"/>
          <w:lang w:val="he-IL" w:bidi="he-IL"/>
          <w:sz w:val="22"/>
          <w:rtl/>
          <w:szCs w:val="22"/>
        </w:rPr>
        <w:t>2. נהריה</w:t>
      </w:r>
    </w:p>
    <w:p>
      <w:pPr>
        <w:bidi/>
        <w:pStyle w:val="Heading3"/>
        <w:spacing w:after="80"/>
        <w:jc w:val="right"/>
      </w:pPr>
      <w:r>
        <w:rPr>
          <w:rFonts w:ascii="Arial" w:hAnsi="Arial" w:cs="Arial" w:eastAsia="Arial"/>
          <w:lang w:val="he-IL" w:bidi="he-IL"/>
          <w:b/>
          <w:color w:val="E53E3E"/>
          <w:sz w:val="26"/>
          <w:rtl/>
          <w:szCs w:val="26"/>
          <w:bCs/>
        </w:rPr>
        <w:t>חלק י״ט – פרק 5 · בונים חידת תמונה משלכם – התאמת דרך לדוגמה</w:t>
      </w:r>
    </w:p>
    <w:p>
      <w:pPr>
        <w:bidi/>
        <w:spacing w:after="40"/>
        <w:jc w:val="right"/>
      </w:pPr>
      <w:r>
        <w:rPr>
          <w:rFonts w:ascii="Arial" w:hAnsi="Arial" w:cs="Arial" w:eastAsia="Arial"/>
          <w:lang w:val="he-IL" w:bidi="he-IL"/>
          <w:sz w:val="22"/>
          <w:rtl/>
          <w:szCs w:val="22"/>
        </w:rPr>
        <w:t>1 – ג (ראש פינה)</w:t>
      </w:r>
    </w:p>
    <w:p>
      <w:pPr>
        <w:bidi/>
        <w:spacing w:after="40"/>
        <w:jc w:val="right"/>
      </w:pPr>
      <w:r>
        <w:rPr>
          <w:rFonts w:ascii="Arial" w:hAnsi="Arial" w:cs="Arial" w:eastAsia="Arial"/>
          <w:lang w:val="he-IL" w:bidi="he-IL"/>
          <w:sz w:val="22"/>
          <w:rtl/>
          <w:szCs w:val="22"/>
        </w:rPr>
        <w:t>2 – ד (רמת גן)</w:t>
      </w:r>
    </w:p>
    <w:p>
      <w:pPr>
        <w:bidi/>
        <w:spacing w:after="40"/>
        <w:jc w:val="right"/>
      </w:pPr>
      <w:r>
        <w:rPr>
          <w:rFonts w:ascii="Arial" w:hAnsi="Arial" w:cs="Arial" w:eastAsia="Arial"/>
          <w:lang w:val="he-IL" w:bidi="he-IL"/>
          <w:sz w:val="22"/>
          <w:rtl/>
          <w:szCs w:val="22"/>
        </w:rPr>
        <w:t>3 – ב (קריית אתא)</w:t>
      </w:r>
    </w:p>
    <w:p>
      <w:pPr>
        <w:bidi/>
        <w:spacing w:after="40"/>
        <w:jc w:val="right"/>
      </w:pPr>
      <w:r>
        <w:rPr>
          <w:rFonts w:ascii="Arial" w:hAnsi="Arial" w:cs="Arial" w:eastAsia="Arial"/>
          <w:lang w:val="he-IL" w:bidi="he-IL"/>
          <w:sz w:val="22"/>
          <w:rtl/>
          <w:szCs w:val="22"/>
        </w:rPr>
        <w:t>4 – א (רהט)</w:t>
      </w:r>
    </w:p>
    <w:p>
      <w:pPr>
        <w:bidi/>
        <w:pStyle w:val="Heading3"/>
        <w:spacing w:after="80"/>
        <w:jc w:val="right"/>
      </w:pPr>
      <w:r>
        <w:rPr>
          <w:rFonts w:ascii="Arial" w:hAnsi="Arial" w:cs="Arial" w:eastAsia="Arial"/>
          <w:lang w:val="he-IL" w:bidi="he-IL"/>
          <w:b/>
          <w:color w:val="DD6B20"/>
          <w:sz w:val="26"/>
          <w:rtl/>
          <w:szCs w:val="26"/>
          <w:bCs/>
        </w:rPr>
        <w:t>חלק כ׳ – פרק 6 · חזרה, משחקים וסיכום – זיכרון ועובדות יסוד</w:t>
      </w:r>
    </w:p>
    <w:p>
      <w:pPr>
        <w:bidi/>
        <w:spacing w:after="40"/>
        <w:jc w:val="right"/>
      </w:pPr>
      <w:r>
        <w:rPr>
          <w:rFonts w:ascii="Arial" w:hAnsi="Arial" w:cs="Arial" w:eastAsia="Arial"/>
          <w:lang w:val="he-IL" w:bidi="he-IL"/>
          <w:sz w:val="22"/>
          <w:rtl/>
          <w:szCs w:val="22"/>
        </w:rPr>
        <w:t>1. א – משחק מילים שבו מפרקים שם יישוב לחלקים מצוירים ומרכיבים מחדש</w:t>
      </w:r>
    </w:p>
    <w:p>
      <w:pPr>
        <w:bidi/>
        <w:spacing w:after="40"/>
        <w:jc w:val="right"/>
      </w:pPr>
      <w:r>
        <w:rPr>
          <w:rFonts w:ascii="Arial" w:hAnsi="Arial" w:cs="Arial" w:eastAsia="Arial"/>
          <w:lang w:val="he-IL" w:bidi="he-IL"/>
          <w:sz w:val="22"/>
          <w:rtl/>
          <w:szCs w:val="22"/>
        </w:rPr>
        <w:t>2. ב – שלושה: מפה, אות ראשונה, משחק מילים</w:t>
      </w:r>
    </w:p>
    <w:p>
      <w:pPr>
        <w:bidi/>
        <w:spacing w:after="40"/>
        <w:jc w:val="right"/>
      </w:pPr>
      <w:r>
        <w:rPr>
          <w:rFonts w:ascii="Arial" w:hAnsi="Arial" w:cs="Arial" w:eastAsia="Arial"/>
          <w:lang w:val="he-IL" w:bidi="he-IL"/>
          <w:sz w:val="22"/>
          <w:rtl/>
          <w:szCs w:val="22"/>
        </w:rPr>
        <w:t>3. ב – 2, 3 או 4 קבוצות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כוללת דוגמה נכונה משני הסוגים ומציינת את שינוי ה'-ה' ל'-ת' בסמיכות</w:t>
      </w:r>
    </w:p>
    <w:p>
      <w:pPr>
        <w:bidi/>
        <w:spacing w:after="80"/>
        <w:jc w:val="right"/>
      </w:pPr>
      <w:r>
        <w:rPr>
          <w:rFonts w:ascii="Arial" w:hAnsi="Arial" w:cs="Arial" w:eastAsia="Arial"/>
          <w:lang w:val="he-IL" w:bidi="he-IL"/>
          <w:sz w:val="22"/>
          <w:rtl/>
          <w:szCs w:val="22"/>
        </w:rPr>
        <w:t>• ההסבר מזכיר שהמילים נשמעות זהה אך נכתבות/מתפרשות אחרת, עם דוגמה כמו אתה/אתא</w:t>
      </w:r>
    </w:p>
    <w:p>
      <w:pPr>
        <w:bidi/>
        <w:spacing w:after="80"/>
        <w:jc w:val="right"/>
      </w:pPr>
      <w:r>
        <w:rPr>
          <w:rFonts w:ascii="Arial" w:hAnsi="Arial" w:cs="Arial" w:eastAsia="Arial"/>
          <w:lang w:val="he-IL" w:bidi="he-IL"/>
          <w:sz w:val="22"/>
          <w:rtl/>
          <w:szCs w:val="22"/>
        </w:rPr>
        <w:t>• היישובים משויכים נכון לאזור על פי החלוקה לשישה אזורים שהוצגה בחוברת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שלוש עד ארבע שיעורים: שיעור אחד לעקרונות הפתרון, שיעור אחד למנגנוני הלשון, שיעור לגיאוגרפיה ובניית חידה, ושיעור סיכום במשחק</w:t>
      </w:r>
    </w:p>
    <w:p>
      <w:pPr>
        <w:bidi/>
        <w:spacing w:after="80"/>
        <w:jc w:val="right"/>
      </w:pPr>
      <w:r>
        <w:rPr>
          <w:rFonts w:ascii="Arial" w:hAnsi="Arial" w:cs="Arial" w:eastAsia="Arial"/>
          <w:lang w:val="he-IL" w:bidi="he-IL"/>
          <w:sz w:val="22"/>
          <w:rtl/>
          <w:szCs w:val="22"/>
        </w:rPr>
        <w:t>• לתלמידים מתקשים כדאי להתחיל מצירוף וסמיכות בלבד ולהוסיף הומופונים ומספרים בהמשך, בהתאם למסלול המתאים באתר</w:t>
      </w:r>
    </w:p>
    <w:p>
      <w:pPr>
        <w:bidi/>
        <w:spacing w:after="80"/>
        <w:jc w:val="right"/>
      </w:pPr>
      <w:r>
        <w:rPr>
          <w:rFonts w:ascii="Arial" w:hAnsi="Arial" w:cs="Arial" w:eastAsia="Arial"/>
          <w:lang w:val="he-IL" w:bidi="he-IL"/>
          <w:sz w:val="22"/>
          <w:rtl/>
          <w:szCs w:val="22"/>
        </w:rPr>
        <w:t>• לקראת פרק הבנייה כדאי לאפשר עבודה בזוגות: אחד/ת בוחר/ת יישוב והשני/ה מנחש/ת, כדי לתרגל גם הסבר בעל פה</w:t>
      </w:r>
    </w:p>
    <w:p>
      <w:pPr>
        <w:bidi/>
        <w:spacing w:after="80"/>
        <w:jc w:val="right"/>
      </w:pPr>
      <w:r>
        <w:rPr>
          <w:rFonts w:ascii="Arial" w:hAnsi="Arial" w:cs="Arial" w:eastAsia="Arial"/>
          <w:lang w:val="he-IL" w:bidi="he-IL"/>
          <w:sz w:val="22"/>
          <w:rtl/>
          <w:szCs w:val="22"/>
        </w:rPr>
        <w:t>• בסיום כל פרק מומלץ להשתמש בכרטיס הסבירו את התשובה כדי לוודא הבנה של המנגנון הלשוני ולא רק ניחוש התשובה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מקום בארץ – חידות תמונה: מזהים את היישוב?</w:t>
            </w:r>
          </w:p>
          <w:p>
            <w:pPr>
              <w:bidi/>
              <w:jc w:val="right"/>
            </w:pPr>
            <w:r>
              <w:rPr>
                <w:rFonts w:ascii="Arial" w:hAnsi="Arial" w:cs="Arial" w:eastAsia="Arial"/>
                <w:lang w:val="he-IL" w:bidi="he-IL"/>
                <w:b/>
                <w:color w:val="3C1361"/>
                <w:sz w:val="32"/>
                <w:rtl/>
                <w:szCs w:val="32"/>
                <w:bCs/>
              </w:rPr>
              <w:t>חוברת תרגול – מקום בארץ: חידות תמונה על יישובים בישראל</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תתרגלו את העקרונות הלשוניים שמאחורי חידות התמונה באתר, מצירוף מילים ועד הומופונים, וכן את הזיהוי הגיאוגרפי של היישובים. השלימו את הפרקים לפי הסדר, ובסוף כל פרק נסו להסביר בקול רם את התשובה לפני שבודקים אותה. פרק הסיכום מזמין אתכם לבנות חידה משלכם.</w:t>
      </w:r>
    </w:p>
    <w:p>
      <w:pPr>
        <w:bidi/>
        <w:spacing w:after="80"/>
        <w:jc w:val="right"/>
      </w:pPr>
      <w:r>
        <w:rPr>
          <w:rFonts w:ascii="Arial" w:hAnsi="Arial" w:cs="Arial" w:eastAsia="Arial"/>
          <w:lang w:val="he-IL" w:bidi="he-IL"/>
          <w:b/>
          <w:color w:val="7B341E"/>
          <w:sz w:val="32"/>
          <w:rtl/>
          <w:szCs w:val="32"/>
          <w:bCs/>
        </w:rPr>
        <w:t>🧺 בנק מילים: חיפה והכרמל  ·  יישוב  ·  נגב והערבה  ·  יה  ·  מעיין  ·  נהריה  ·  קריית ים  ·  רמת גן  ·  בית שמש  ·  8</w:t>
      </w:r>
    </w:p>
    <w:p>
      <w:pPr>
        <w:bidi/>
        <w:pStyle w:val="Heading2"/>
        <w:spacing w:after="80"/>
        <w:jc w:val="right"/>
      </w:pPr>
      <w:r>
        <w:rPr>
          <w:rFonts w:ascii="Arial" w:hAnsi="Arial" w:cs="Arial" w:eastAsia="Arial"/>
          <w:lang w:val="he-IL" w:bidi="he-IL"/>
          <w:b/>
          <w:color w:val="E53E3E"/>
          <w:sz w:val="36"/>
          <w:rtl/>
          <w:szCs w:val="36"/>
          <w:bCs/>
        </w:rPr>
        <w:t>1  חלק א׳ – פרק 1 · איך פותרים חידת תמונה: שלושה צעדים וסולם רמזים – היכרות עם השלבים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הצעד הראשון בפתרון חידת תמונה?</w:t>
      </w:r>
    </w:p>
    <w:p>
      <w:pPr>
        <w:bidi/>
        <w:spacing w:after="20"/>
        <w:jc w:val="right"/>
      </w:pPr>
      <w:r>
        <w:rPr>
          <w:rFonts w:ascii="Arial" w:hAnsi="Arial" w:cs="Arial" w:eastAsia="Arial"/>
          <w:lang w:val="he-IL" w:bidi="he-IL"/>
          <w:sz w:val="32"/>
          <w:rtl/>
          <w:szCs w:val="32"/>
        </w:rPr>
        <w:t xml:space="preserve">      ☐ א. בודקים במפה</w:t>
      </w:r>
    </w:p>
    <w:p>
      <w:pPr>
        <w:bidi/>
        <w:spacing w:after="20"/>
        <w:jc w:val="right"/>
      </w:pPr>
      <w:r>
        <w:rPr>
          <w:rFonts w:ascii="Arial" w:hAnsi="Arial" w:cs="Arial" w:eastAsia="Arial"/>
          <w:lang w:val="he-IL" w:bidi="he-IL"/>
          <w:sz w:val="32"/>
          <w:rtl/>
          <w:szCs w:val="32"/>
        </w:rPr>
        <w:t xml:space="preserve">      ☐ ב. אומרים בקול מה רואים בכל תמונה</w:t>
      </w:r>
    </w:p>
    <w:p>
      <w:pPr>
        <w:bidi/>
        <w:spacing w:after="20"/>
        <w:jc w:val="right"/>
      </w:pPr>
      <w:r>
        <w:rPr>
          <w:rFonts w:ascii="Arial" w:hAnsi="Arial" w:cs="Arial" w:eastAsia="Arial"/>
          <w:lang w:val="he-IL" w:bidi="he-IL"/>
          <w:sz w:val="32"/>
          <w:rtl/>
          <w:szCs w:val="32"/>
        </w:rPr>
        <w:t xml:space="preserve">      ☐ ג. מחפשים רמז אחרון</w:t>
      </w:r>
    </w:p>
    <w:p>
      <w:pPr>
        <w:bidi/>
        <w:spacing w:after="20"/>
        <w:jc w:val="right"/>
      </w:pPr>
      <w:r>
        <w:rPr>
          <w:rFonts w:ascii="Arial" w:hAnsi="Arial" w:cs="Arial" w:eastAsia="Arial"/>
          <w:lang w:val="he-IL" w:bidi="he-IL"/>
          <w:b/>
          <w:sz w:val="32"/>
          <w:rtl/>
          <w:szCs w:val="32"/>
          <w:bCs/>
        </w:rPr>
        <w:t>2. כמה שלבים יש בסולם הרמזים?</w:t>
      </w:r>
    </w:p>
    <w:p>
      <w:pPr>
        <w:bidi/>
        <w:spacing w:after="20"/>
        <w:jc w:val="right"/>
      </w:pPr>
      <w:r>
        <w:rPr>
          <w:rFonts w:ascii="Arial" w:hAnsi="Arial" w:cs="Arial" w:eastAsia="Arial"/>
          <w:lang w:val="he-IL" w:bidi="he-IL"/>
          <w:sz w:val="32"/>
          <w:rtl/>
          <w:szCs w:val="32"/>
        </w:rPr>
        <w:t xml:space="preserve">      ☐ א. שניים</w:t>
      </w:r>
    </w:p>
    <w:p>
      <w:pPr>
        <w:bidi/>
        <w:spacing w:after="20"/>
        <w:jc w:val="right"/>
      </w:pPr>
      <w:r>
        <w:rPr>
          <w:rFonts w:ascii="Arial" w:hAnsi="Arial" w:cs="Arial" w:eastAsia="Arial"/>
          <w:lang w:val="he-IL" w:bidi="he-IL"/>
          <w:sz w:val="32"/>
          <w:rtl/>
          <w:szCs w:val="32"/>
        </w:rPr>
        <w:t xml:space="preserve">      ☐ ב. שלושה</w:t>
      </w:r>
    </w:p>
    <w:p>
      <w:pPr>
        <w:bidi/>
        <w:spacing w:after="20"/>
        <w:jc w:val="right"/>
      </w:pPr>
      <w:r>
        <w:rPr>
          <w:rFonts w:ascii="Arial" w:hAnsi="Arial" w:cs="Arial" w:eastAsia="Arial"/>
          <w:lang w:val="he-IL" w:bidi="he-IL"/>
          <w:sz w:val="32"/>
          <w:rtl/>
          <w:szCs w:val="32"/>
        </w:rPr>
        <w:t xml:space="preserve">      ☐ ג. ארבעה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איך פותרים חידת תמונה: שלושה צעדים וסולם רמזים – היכרות עם השלבים (המשך)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הצעד השני בפתרון הוא לספור כמה משבצות ואותיות יש בתשובה.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הרמז הראשון בסולם הרמזים הוא משחק המילים.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איך פותרים חידת תמונה: שלושה צעדים וסולם רמזים – מיישמים את הצעדים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כדי לבדוק אם פתרנו נכון, בודקים אם קיים __________ בשם כזה.</w:t>
      </w:r>
    </w:p>
    <w:p>
      <w:pPr>
        <w:bidi/>
        <w:spacing w:after="80"/>
        <w:jc w:val="right"/>
      </w:pPr>
      <w:r>
        <w:rPr>
          <w:rFonts w:ascii="Arial" w:hAnsi="Arial" w:cs="Arial" w:eastAsia="Arial"/>
          <w:lang w:val="he-IL" w:bidi="he-IL"/>
          <w:sz w:val="32"/>
          <w:rtl/>
          <w:szCs w:val="32"/>
        </w:rPr>
        <w:t>2. בתמונה של 'עין' אפשר לחשוב גם על מילה אחרת: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איך פותרים חידת תמונה: שלושה צעדים וסולם רמזים – מיישמים את הצעדים (המשך)</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צעד 1</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מחברים ובודקים אם יש יישוב כזה</w:t>
            </w:r>
          </w:p>
        </w:tc>
      </w:tr>
      <w:tr>
        <w:tc>
          <w:tcPr>
            <w:tcW w:type="dxa" w:w="3969"/>
          </w:tcPr>
          <w:p>
            <w:pPr>
              <w:bidi/>
              <w:jc w:val="right"/>
            </w:pPr>
            <w:r>
              <w:rPr>
                <w:rFonts w:ascii="Arial" w:hAnsi="Arial" w:cs="Arial" w:eastAsia="Arial"/>
                <w:lang w:val="he-IL" w:bidi="he-IL"/>
                <w:sz w:val="32"/>
                <w:rtl/>
                <w:szCs w:val="32"/>
              </w:rPr>
              <w:t>2. צעד 2</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איזה אזור מופיע במפה</w:t>
            </w:r>
          </w:p>
        </w:tc>
      </w:tr>
      <w:tr>
        <w:tc>
          <w:tcPr>
            <w:tcW w:type="dxa" w:w="3969"/>
          </w:tcPr>
          <w:p>
            <w:pPr>
              <w:bidi/>
              <w:jc w:val="right"/>
            </w:pPr>
            <w:r>
              <w:rPr>
                <w:rFonts w:ascii="Arial" w:hAnsi="Arial" w:cs="Arial" w:eastAsia="Arial"/>
                <w:lang w:val="he-IL" w:bidi="he-IL"/>
                <w:sz w:val="32"/>
                <w:rtl/>
                <w:szCs w:val="32"/>
              </w:rPr>
              <w:t>3. צעד 3</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סופרים משבצות ואותיות</w:t>
            </w:r>
          </w:p>
        </w:tc>
      </w:tr>
      <w:tr>
        <w:tc>
          <w:tcPr>
            <w:tcW w:type="dxa" w:w="3969"/>
          </w:tcPr>
          <w:p>
            <w:pPr>
              <w:bidi/>
              <w:jc w:val="right"/>
            </w:pPr>
            <w:r>
              <w:rPr>
                <w:rFonts w:ascii="Arial" w:hAnsi="Arial" w:cs="Arial" w:eastAsia="Arial"/>
                <w:lang w:val="he-IL" w:bidi="he-IL"/>
                <w:sz w:val="32"/>
                <w:rtl/>
                <w:szCs w:val="32"/>
              </w:rPr>
              <w:t>4. רמז ראשון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אומרים בקול מה רואים בכל תמונה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מנגנוני לשון בסיסיים: צירוף מילים וסמיכות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מהצירופים הבאים שתי המילים נשארות בצורתן המלאה, בלי שינוי?</w:t>
      </w:r>
    </w:p>
    <w:p>
      <w:pPr>
        <w:bidi/>
        <w:spacing w:after="20"/>
        <w:jc w:val="right"/>
      </w:pPr>
      <w:r>
        <w:rPr>
          <w:rFonts w:ascii="Arial" w:hAnsi="Arial" w:cs="Arial" w:eastAsia="Arial"/>
          <w:lang w:val="he-IL" w:bidi="he-IL"/>
          <w:sz w:val="32"/>
          <w:rtl/>
          <w:szCs w:val="32"/>
        </w:rPr>
        <w:t xml:space="preserve">      ☐ א. רמת גן</w:t>
      </w:r>
    </w:p>
    <w:p>
      <w:pPr>
        <w:bidi/>
        <w:spacing w:after="20"/>
        <w:jc w:val="right"/>
      </w:pPr>
      <w:r>
        <w:rPr>
          <w:rFonts w:ascii="Arial" w:hAnsi="Arial" w:cs="Arial" w:eastAsia="Arial"/>
          <w:lang w:val="he-IL" w:bidi="he-IL"/>
          <w:sz w:val="32"/>
          <w:rtl/>
          <w:szCs w:val="32"/>
        </w:rPr>
        <w:t xml:space="preserve">      ☐ ב. קריית ים</w:t>
      </w:r>
    </w:p>
    <w:p>
      <w:pPr>
        <w:bidi/>
        <w:spacing w:after="20"/>
        <w:jc w:val="right"/>
      </w:pPr>
      <w:r>
        <w:rPr>
          <w:rFonts w:ascii="Arial" w:hAnsi="Arial" w:cs="Arial" w:eastAsia="Arial"/>
          <w:lang w:val="he-IL" w:bidi="he-IL"/>
          <w:sz w:val="32"/>
          <w:rtl/>
          <w:szCs w:val="32"/>
        </w:rPr>
        <w:t xml:space="preserve">      ☐ ג. בית שמש</w:t>
      </w:r>
    </w:p>
    <w:p>
      <w:pPr>
        <w:bidi/>
        <w:spacing w:after="20"/>
        <w:jc w:val="right"/>
      </w:pPr>
      <w:r>
        <w:rPr>
          <w:rFonts w:ascii="Arial" w:hAnsi="Arial" w:cs="Arial" w:eastAsia="Arial"/>
          <w:lang w:val="he-IL" w:bidi="he-IL"/>
          <w:b/>
          <w:sz w:val="32"/>
          <w:rtl/>
          <w:szCs w:val="32"/>
          <w:bCs/>
        </w:rPr>
        <w:t>2. מהו השם הלשוני לתופעה שבה 'רמה' הופכת ל'רמת' כשהיא מצטרפת למילה 'גן'?</w:t>
      </w:r>
    </w:p>
    <w:p>
      <w:pPr>
        <w:bidi/>
        <w:spacing w:after="20"/>
        <w:jc w:val="right"/>
      </w:pPr>
      <w:r>
        <w:rPr>
          <w:rFonts w:ascii="Arial" w:hAnsi="Arial" w:cs="Arial" w:eastAsia="Arial"/>
          <w:lang w:val="he-IL" w:bidi="he-IL"/>
          <w:sz w:val="32"/>
          <w:rtl/>
          <w:szCs w:val="32"/>
        </w:rPr>
        <w:t xml:space="preserve">      ☐ א. הומופון</w:t>
      </w:r>
    </w:p>
    <w:p>
      <w:pPr>
        <w:bidi/>
        <w:spacing w:after="20"/>
        <w:jc w:val="right"/>
      </w:pPr>
      <w:r>
        <w:rPr>
          <w:rFonts w:ascii="Arial" w:hAnsi="Arial" w:cs="Arial" w:eastAsia="Arial"/>
          <w:lang w:val="he-IL" w:bidi="he-IL"/>
          <w:sz w:val="32"/>
          <w:rtl/>
          <w:szCs w:val="32"/>
        </w:rPr>
        <w:t xml:space="preserve">      ☐ ב. צורת נסמך</w:t>
      </w:r>
    </w:p>
    <w:p>
      <w:pPr>
        <w:bidi/>
        <w:spacing w:after="20"/>
        <w:jc w:val="right"/>
      </w:pPr>
      <w:r>
        <w:rPr>
          <w:rFonts w:ascii="Arial" w:hAnsi="Arial" w:cs="Arial" w:eastAsia="Arial"/>
          <w:lang w:val="he-IL" w:bidi="he-IL"/>
          <w:sz w:val="32"/>
          <w:rtl/>
          <w:szCs w:val="32"/>
        </w:rPr>
        <w:t xml:space="preserve">      ☐ ג. צורת זוגי</w:t>
      </w:r>
    </w:p>
    <w:p>
      <w:pPr>
        <w:bidi/>
        <w:spacing w:after="20"/>
        <w:jc w:val="right"/>
      </w:pPr>
      <w:r>
        <w:rPr>
          <w:rFonts w:ascii="Arial" w:hAnsi="Arial" w:cs="Arial" w:eastAsia="Arial"/>
          <w:lang w:val="he-IL" w:bidi="he-IL"/>
          <w:b/>
          <w:sz w:val="32"/>
          <w:rtl/>
          <w:szCs w:val="32"/>
          <w:bCs/>
        </w:rPr>
        <w:t>3. מה משותף לצירופים 'ראש פינה' ו'כפר יונה'?</w:t>
      </w:r>
    </w:p>
    <w:p>
      <w:pPr>
        <w:bidi/>
        <w:spacing w:after="20"/>
        <w:jc w:val="right"/>
      </w:pPr>
      <w:r>
        <w:rPr>
          <w:rFonts w:ascii="Arial" w:hAnsi="Arial" w:cs="Arial" w:eastAsia="Arial"/>
          <w:lang w:val="he-IL" w:bidi="he-IL"/>
          <w:sz w:val="32"/>
          <w:rtl/>
          <w:szCs w:val="32"/>
        </w:rPr>
        <w:t xml:space="preserve">      ☐ א. שתיהן דוגמאות לסמיכות</w:t>
      </w:r>
    </w:p>
    <w:p>
      <w:pPr>
        <w:bidi/>
        <w:spacing w:after="20"/>
        <w:jc w:val="right"/>
      </w:pPr>
      <w:r>
        <w:rPr>
          <w:rFonts w:ascii="Arial" w:hAnsi="Arial" w:cs="Arial" w:eastAsia="Arial"/>
          <w:lang w:val="he-IL" w:bidi="he-IL"/>
          <w:sz w:val="32"/>
          <w:rtl/>
          <w:szCs w:val="32"/>
        </w:rPr>
        <w:t xml:space="preserve">      ☐ ב. שתי המילים נשארות שלמות בלי שינוי</w:t>
      </w:r>
    </w:p>
    <w:p>
      <w:pPr>
        <w:bidi/>
        <w:spacing w:after="20"/>
        <w:jc w:val="right"/>
      </w:pPr>
      <w:r>
        <w:rPr>
          <w:rFonts w:ascii="Arial" w:hAnsi="Arial" w:cs="Arial" w:eastAsia="Arial"/>
          <w:lang w:val="he-IL" w:bidi="he-IL"/>
          <w:sz w:val="32"/>
          <w:rtl/>
          <w:szCs w:val="32"/>
        </w:rPr>
        <w:t xml:space="preserve">      ☐ ג. יש בהן מספר שהוא חלק מהשם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מנגנוני לשון בסיסיים: צירוף מילים וסמיכות – נכון/לא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בצירוף 'קריית שמונה' יש גם שינוי בסוף המילה הראשונה וגם מספר שנקרא כמילה.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מנגנוני לשון בסיסיים: צירוף מילים וסמיכות – השלמת צירופים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רמה + גן = __________</w:t>
      </w:r>
    </w:p>
    <w:p>
      <w:pPr>
        <w:bidi/>
        <w:spacing w:after="80"/>
        <w:jc w:val="right"/>
      </w:pPr>
      <w:r>
        <w:rPr>
          <w:rFonts w:ascii="Arial" w:hAnsi="Arial" w:cs="Arial" w:eastAsia="Arial"/>
          <w:lang w:val="he-IL" w:bidi="he-IL"/>
          <w:sz w:val="32"/>
          <w:rtl/>
          <w:szCs w:val="32"/>
        </w:rPr>
        <w:t>2. קריה + ים =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מנגנוני לשון בסיסיים: צירוף מילים וסמיכות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צירוף מילים שלמות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המילה הראשונה משנה צורה, ה' הופכת לת'</w:t>
            </w:r>
          </w:p>
        </w:tc>
      </w:tr>
      <w:tr>
        <w:tc>
          <w:tcPr>
            <w:tcW w:type="dxa" w:w="3969"/>
          </w:tcPr>
          <w:p>
            <w:pPr>
              <w:bidi/>
              <w:jc w:val="right"/>
            </w:pPr>
            <w:r>
              <w:rPr>
                <w:rFonts w:ascii="Arial" w:hAnsi="Arial" w:cs="Arial" w:eastAsia="Arial"/>
                <w:lang w:val="he-IL" w:bidi="he-IL"/>
                <w:sz w:val="32"/>
                <w:rtl/>
                <w:szCs w:val="32"/>
              </w:rPr>
              <w:t>2. סמיכות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שתי מילים נשמרות כצורתן, כמו בית ושמש</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מנגנוני לשון מתקדמים: תצורה, הומופונים, חיסור אות, מספר וזוגי – זיהוי המנגנון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הומופון?</w:t>
      </w:r>
    </w:p>
    <w:p>
      <w:pPr>
        <w:bidi/>
        <w:spacing w:after="20"/>
        <w:jc w:val="right"/>
      </w:pPr>
      <w:r>
        <w:rPr>
          <w:rFonts w:ascii="Arial" w:hAnsi="Arial" w:cs="Arial" w:eastAsia="Arial"/>
          <w:lang w:val="he-IL" w:bidi="he-IL"/>
          <w:sz w:val="32"/>
          <w:rtl/>
          <w:szCs w:val="32"/>
        </w:rPr>
        <w:t xml:space="preserve">      ☐ א. מילה שנשמעת כמו מילה אחרת אך נכתבת או מתפרשת אחרת</w:t>
      </w:r>
    </w:p>
    <w:p>
      <w:pPr>
        <w:bidi/>
        <w:spacing w:after="20"/>
        <w:jc w:val="right"/>
      </w:pPr>
      <w:r>
        <w:rPr>
          <w:rFonts w:ascii="Arial" w:hAnsi="Arial" w:cs="Arial" w:eastAsia="Arial"/>
          <w:lang w:val="he-IL" w:bidi="he-IL"/>
          <w:sz w:val="32"/>
          <w:rtl/>
          <w:szCs w:val="32"/>
        </w:rPr>
        <w:t xml:space="preserve">      ☐ ב. מילה שמחברת שתי מילים שלמות</w:t>
      </w:r>
    </w:p>
    <w:p>
      <w:pPr>
        <w:bidi/>
        <w:spacing w:after="20"/>
        <w:jc w:val="right"/>
      </w:pPr>
      <w:r>
        <w:rPr>
          <w:rFonts w:ascii="Arial" w:hAnsi="Arial" w:cs="Arial" w:eastAsia="Arial"/>
          <w:lang w:val="he-IL" w:bidi="he-IL"/>
          <w:sz w:val="32"/>
          <w:rtl/>
          <w:szCs w:val="32"/>
        </w:rPr>
        <w:t xml:space="preserve">      ☐ ג. אות שמורידים ממילה מוכרת</w:t>
      </w:r>
    </w:p>
    <w:p>
      <w:pPr>
        <w:bidi/>
        <w:spacing w:after="20"/>
        <w:jc w:val="right"/>
      </w:pPr>
      <w:r>
        <w:rPr>
          <w:rFonts w:ascii="Arial" w:hAnsi="Arial" w:cs="Arial" w:eastAsia="Arial"/>
          <w:lang w:val="he-IL" w:bidi="he-IL"/>
          <w:b/>
          <w:sz w:val="32"/>
          <w:rtl/>
          <w:szCs w:val="32"/>
          <w:bCs/>
        </w:rPr>
        <w:t>2. איזה מנגנון מדגים הצירוף רמה+גן שהופך לרמת גן?</w:t>
      </w:r>
    </w:p>
    <w:p>
      <w:pPr>
        <w:bidi/>
        <w:spacing w:after="20"/>
        <w:jc w:val="right"/>
      </w:pPr>
      <w:r>
        <w:rPr>
          <w:rFonts w:ascii="Arial" w:hAnsi="Arial" w:cs="Arial" w:eastAsia="Arial"/>
          <w:lang w:val="he-IL" w:bidi="he-IL"/>
          <w:sz w:val="32"/>
          <w:rtl/>
          <w:szCs w:val="32"/>
        </w:rPr>
        <w:t xml:space="preserve">      ☐ א. סמיכות – ה' הופכת לת'</w:t>
      </w:r>
    </w:p>
    <w:p>
      <w:pPr>
        <w:bidi/>
        <w:spacing w:after="20"/>
        <w:jc w:val="right"/>
      </w:pPr>
      <w:r>
        <w:rPr>
          <w:rFonts w:ascii="Arial" w:hAnsi="Arial" w:cs="Arial" w:eastAsia="Arial"/>
          <w:lang w:val="he-IL" w:bidi="he-IL"/>
          <w:sz w:val="32"/>
          <w:rtl/>
          <w:szCs w:val="32"/>
        </w:rPr>
        <w:t xml:space="preserve">      ☐ ב. חיסור אות</w:t>
      </w:r>
    </w:p>
    <w:p>
      <w:pPr>
        <w:bidi/>
        <w:spacing w:after="20"/>
        <w:jc w:val="right"/>
      </w:pPr>
      <w:r>
        <w:rPr>
          <w:rFonts w:ascii="Arial" w:hAnsi="Arial" w:cs="Arial" w:eastAsia="Arial"/>
          <w:lang w:val="he-IL" w:bidi="he-IL"/>
          <w:sz w:val="32"/>
          <w:rtl/>
          <w:szCs w:val="32"/>
        </w:rPr>
        <w:t xml:space="preserve">      ☐ ג. מספר במקום מילה</w:t>
      </w:r>
    </w:p>
    <w:p>
      <w:pPr>
        <w:bidi/>
        <w:spacing w:after="20"/>
        <w:jc w:val="right"/>
      </w:pPr>
      <w:r>
        <w:rPr>
          <w:rFonts w:ascii="Arial" w:hAnsi="Arial" w:cs="Arial" w:eastAsia="Arial"/>
          <w:lang w:val="he-IL" w:bidi="he-IL"/>
          <w:b/>
          <w:sz w:val="32"/>
          <w:rtl/>
          <w:szCs w:val="32"/>
          <w:bCs/>
        </w:rPr>
        <w:t>3. רהיט פחות אות י שווה רהט – זו דוגמה למנגנון של...</w:t>
      </w:r>
    </w:p>
    <w:p>
      <w:pPr>
        <w:bidi/>
        <w:spacing w:after="20"/>
        <w:jc w:val="right"/>
      </w:pPr>
      <w:r>
        <w:rPr>
          <w:rFonts w:ascii="Arial" w:hAnsi="Arial" w:cs="Arial" w:eastAsia="Arial"/>
          <w:lang w:val="he-IL" w:bidi="he-IL"/>
          <w:sz w:val="32"/>
          <w:rtl/>
          <w:szCs w:val="32"/>
        </w:rPr>
        <w:t xml:space="preserve">      ☐ א. חיסור אות</w:t>
      </w:r>
    </w:p>
    <w:p>
      <w:pPr>
        <w:bidi/>
        <w:spacing w:after="20"/>
        <w:jc w:val="right"/>
      </w:pPr>
      <w:r>
        <w:rPr>
          <w:rFonts w:ascii="Arial" w:hAnsi="Arial" w:cs="Arial" w:eastAsia="Arial"/>
          <w:lang w:val="he-IL" w:bidi="he-IL"/>
          <w:sz w:val="32"/>
          <w:rtl/>
          <w:szCs w:val="32"/>
        </w:rPr>
        <w:t xml:space="preserve">      ☐ ב. צירוף מילים שלמות</w:t>
      </w:r>
    </w:p>
    <w:p>
      <w:pPr>
        <w:bidi/>
        <w:spacing w:after="20"/>
        <w:jc w:val="right"/>
      </w:pPr>
      <w:r>
        <w:rPr>
          <w:rFonts w:ascii="Arial" w:hAnsi="Arial" w:cs="Arial" w:eastAsia="Arial"/>
          <w:lang w:val="he-IL" w:bidi="he-IL"/>
          <w:sz w:val="32"/>
          <w:rtl/>
          <w:szCs w:val="32"/>
        </w:rPr>
        <w:t xml:space="preserve">      ☐ ג. הומופון</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מנגנוני לשון מתקדמים: תצורה, הומופונים, חיסור אות, מספר וזוגי – השלמות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נהר + __________ = נהריה</w:t>
      </w:r>
    </w:p>
    <w:p>
      <w:pPr>
        <w:bidi/>
        <w:spacing w:after="80"/>
        <w:jc w:val="right"/>
      </w:pPr>
      <w:r>
        <w:rPr>
          <w:rFonts w:ascii="Arial" w:hAnsi="Arial" w:cs="Arial" w:eastAsia="Arial"/>
          <w:lang w:val="he-IL" w:bidi="he-IL"/>
          <w:sz w:val="32"/>
          <w:rtl/>
          <w:szCs w:val="32"/>
        </w:rPr>
        <w:t>2. קריה + __________ = קריית שמונה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מנגנוני לשון מתקדמים: תצורה, הומופונים, חיסור אות, מספר וזוגי – הסבר ויצירה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גיאוגרפיה של ישראל: אזורים ויישובים בחידות – היכרות עם האזורים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אזורים מוצגים במסך 'כל החידות' באתר?</w:t>
      </w:r>
    </w:p>
    <w:p>
      <w:pPr>
        <w:bidi/>
        <w:spacing w:after="20"/>
        <w:jc w:val="right"/>
      </w:pPr>
      <w:r>
        <w:rPr>
          <w:rFonts w:ascii="Arial" w:hAnsi="Arial" w:cs="Arial" w:eastAsia="Arial"/>
          <w:lang w:val="he-IL" w:bidi="he-IL"/>
          <w:sz w:val="32"/>
          <w:rtl/>
          <w:szCs w:val="32"/>
        </w:rPr>
        <w:t xml:space="preserve">      ☐ א. 4</w:t>
      </w:r>
    </w:p>
    <w:p>
      <w:pPr>
        <w:bidi/>
        <w:spacing w:after="20"/>
        <w:jc w:val="right"/>
      </w:pPr>
      <w:r>
        <w:rPr>
          <w:rFonts w:ascii="Arial" w:hAnsi="Arial" w:cs="Arial" w:eastAsia="Arial"/>
          <w:lang w:val="he-IL" w:bidi="he-IL"/>
          <w:sz w:val="32"/>
          <w:rtl/>
          <w:szCs w:val="32"/>
        </w:rPr>
        <w:t xml:space="preserve">      ☐ ב. 5</w:t>
      </w:r>
    </w:p>
    <w:p>
      <w:pPr>
        <w:bidi/>
        <w:spacing w:after="20"/>
        <w:jc w:val="right"/>
      </w:pPr>
      <w:r>
        <w:rPr>
          <w:rFonts w:ascii="Arial" w:hAnsi="Arial" w:cs="Arial" w:eastAsia="Arial"/>
          <w:lang w:val="he-IL" w:bidi="he-IL"/>
          <w:sz w:val="32"/>
          <w:rtl/>
          <w:szCs w:val="32"/>
        </w:rPr>
        <w:t xml:space="preserve">      ☐ ג. 6</w:t>
      </w:r>
    </w:p>
    <w:p>
      <w:pPr>
        <w:bidi/>
        <w:spacing w:after="20"/>
        <w:jc w:val="right"/>
      </w:pPr>
      <w:r>
        <w:rPr>
          <w:rFonts w:ascii="Arial" w:hAnsi="Arial" w:cs="Arial" w:eastAsia="Arial"/>
          <w:lang w:val="he-IL" w:bidi="he-IL"/>
          <w:b/>
          <w:sz w:val="32"/>
          <w:rtl/>
          <w:szCs w:val="32"/>
          <w:bCs/>
        </w:rPr>
        <w:t>2. איזה אזור כולל את העיר חיפה?</w:t>
      </w:r>
    </w:p>
    <w:p>
      <w:pPr>
        <w:bidi/>
        <w:spacing w:after="20"/>
        <w:jc w:val="right"/>
      </w:pPr>
      <w:r>
        <w:rPr>
          <w:rFonts w:ascii="Arial" w:hAnsi="Arial" w:cs="Arial" w:eastAsia="Arial"/>
          <w:lang w:val="he-IL" w:bidi="he-IL"/>
          <w:sz w:val="32"/>
          <w:rtl/>
          <w:szCs w:val="32"/>
        </w:rPr>
        <w:t xml:space="preserve">      ☐ א. הגליל והצפון</w:t>
      </w:r>
    </w:p>
    <w:p>
      <w:pPr>
        <w:bidi/>
        <w:spacing w:after="20"/>
        <w:jc w:val="right"/>
      </w:pPr>
      <w:r>
        <w:rPr>
          <w:rFonts w:ascii="Arial" w:hAnsi="Arial" w:cs="Arial" w:eastAsia="Arial"/>
          <w:lang w:val="he-IL" w:bidi="he-IL"/>
          <w:sz w:val="32"/>
          <w:rtl/>
          <w:szCs w:val="32"/>
        </w:rPr>
        <w:t xml:space="preserve">      ☐ ב. חיפה והכרמל</w:t>
      </w:r>
    </w:p>
    <w:p>
      <w:pPr>
        <w:bidi/>
        <w:spacing w:after="20"/>
        <w:jc w:val="right"/>
      </w:pPr>
      <w:r>
        <w:rPr>
          <w:rFonts w:ascii="Arial" w:hAnsi="Arial" w:cs="Arial" w:eastAsia="Arial"/>
          <w:lang w:val="he-IL" w:bidi="he-IL"/>
          <w:sz w:val="32"/>
          <w:rtl/>
          <w:szCs w:val="32"/>
        </w:rPr>
        <w:t xml:space="preserve">      ☐ ג. השרון והמרכז</w:t>
      </w:r>
    </w:p>
    <w:p>
      <w:pPr>
        <w:bidi/>
        <w:spacing w:after="20"/>
        <w:jc w:val="right"/>
      </w:pPr>
      <w:r>
        <w:rPr>
          <w:rFonts w:ascii="Arial" w:hAnsi="Arial" w:cs="Arial" w:eastAsia="Arial"/>
          <w:lang w:val="he-IL" w:bidi="he-IL"/>
          <w:b/>
          <w:sz w:val="32"/>
          <w:rtl/>
          <w:szCs w:val="32"/>
          <w:bCs/>
        </w:rPr>
        <w:t>3. חידה 8 מסומנת באתר באזור חיפה והכרמל. אילו עוד יישובים צפויים להופיע שם?</w:t>
      </w:r>
    </w:p>
    <w:p>
      <w:pPr>
        <w:bidi/>
        <w:spacing w:after="20"/>
        <w:jc w:val="right"/>
      </w:pPr>
      <w:r>
        <w:rPr>
          <w:rFonts w:ascii="Arial" w:hAnsi="Arial" w:cs="Arial" w:eastAsia="Arial"/>
          <w:lang w:val="he-IL" w:bidi="he-IL"/>
          <w:sz w:val="32"/>
          <w:rtl/>
          <w:szCs w:val="32"/>
        </w:rPr>
        <w:t xml:space="preserve">      ☐ א. נשר וטירת כרמל</w:t>
      </w:r>
    </w:p>
    <w:p>
      <w:pPr>
        <w:bidi/>
        <w:spacing w:after="20"/>
        <w:jc w:val="right"/>
      </w:pPr>
      <w:r>
        <w:rPr>
          <w:rFonts w:ascii="Arial" w:hAnsi="Arial" w:cs="Arial" w:eastAsia="Arial"/>
          <w:lang w:val="he-IL" w:bidi="he-IL"/>
          <w:sz w:val="32"/>
          <w:rtl/>
          <w:szCs w:val="32"/>
        </w:rPr>
        <w:t xml:space="preserve">      ☐ ב. אילת ורהט</w:t>
      </w:r>
    </w:p>
    <w:p>
      <w:pPr>
        <w:bidi/>
        <w:spacing w:after="20"/>
        <w:jc w:val="right"/>
      </w:pPr>
      <w:r>
        <w:rPr>
          <w:rFonts w:ascii="Arial" w:hAnsi="Arial" w:cs="Arial" w:eastAsia="Arial"/>
          <w:lang w:val="he-IL" w:bidi="he-IL"/>
          <w:sz w:val="32"/>
          <w:rtl/>
          <w:szCs w:val="32"/>
        </w:rPr>
        <w:t xml:space="preserve">      ☐ ג. כפר סבא ורעננה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גיאוגרפיה של ישראל: אזורים ויישובים בחידות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אזור 'הנגב והערבה' כולל יישובים כמו אילת ומצפה רמון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גיאוגרפיה של ישראל: אזורים ויישובים בחידות – שיוך יישובים לאזור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רהט ובאר שבע נמצאים באזור ה__________</w:t>
      </w:r>
    </w:p>
    <w:p>
      <w:pPr>
        <w:bidi/>
        <w:spacing w:after="80"/>
        <w:jc w:val="right"/>
      </w:pPr>
      <w:r>
        <w:rPr>
          <w:rFonts w:ascii="Arial" w:hAnsi="Arial" w:cs="Arial" w:eastAsia="Arial"/>
          <w:lang w:val="he-IL" w:bidi="he-IL"/>
          <w:sz w:val="32"/>
          <w:rtl/>
          <w:szCs w:val="32"/>
        </w:rPr>
        <w:t>2. חיפה, נשר וטירת כרמל שייכים לאזור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גיאוגרפיה של ישראל: אזורים ויישובים בחידות – התאמת יישוב לאזור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נהריה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השרון והמרכז</w:t>
            </w:r>
          </w:p>
        </w:tc>
      </w:tr>
      <w:tr>
        <w:tc>
          <w:tcPr>
            <w:tcW w:type="dxa" w:w="3969"/>
          </w:tcPr>
          <w:p>
            <w:pPr>
              <w:bidi/>
              <w:jc w:val="right"/>
            </w:pPr>
            <w:r>
              <w:rPr>
                <w:rFonts w:ascii="Arial" w:hAnsi="Arial" w:cs="Arial" w:eastAsia="Arial"/>
                <w:lang w:val="he-IL" w:bidi="he-IL"/>
                <w:sz w:val="32"/>
                <w:rtl/>
                <w:szCs w:val="32"/>
              </w:rPr>
              <w:t>2. חיפה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העמקים</w:t>
            </w:r>
          </w:p>
        </w:tc>
      </w:tr>
      <w:tr>
        <w:tc>
          <w:tcPr>
            <w:tcW w:type="dxa" w:w="3969"/>
          </w:tcPr>
          <w:p>
            <w:pPr>
              <w:bidi/>
              <w:jc w:val="right"/>
            </w:pPr>
            <w:r>
              <w:rPr>
                <w:rFonts w:ascii="Arial" w:hAnsi="Arial" w:cs="Arial" w:eastAsia="Arial"/>
                <w:lang w:val="he-IL" w:bidi="he-IL"/>
                <w:sz w:val="32"/>
                <w:rtl/>
                <w:szCs w:val="32"/>
              </w:rPr>
              <w:t>3. עפולה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חיפה והכרמל</w:t>
            </w:r>
          </w:p>
        </w:tc>
      </w:tr>
      <w:tr>
        <w:tc>
          <w:tcPr>
            <w:tcW w:type="dxa" w:w="3969"/>
          </w:tcPr>
          <w:p>
            <w:pPr>
              <w:bidi/>
              <w:jc w:val="right"/>
            </w:pPr>
            <w:r>
              <w:rPr>
                <w:rFonts w:ascii="Arial" w:hAnsi="Arial" w:cs="Arial" w:eastAsia="Arial"/>
                <w:lang w:val="he-IL" w:bidi="he-IL"/>
                <w:sz w:val="32"/>
                <w:rtl/>
                <w:szCs w:val="32"/>
              </w:rPr>
              <w:t>4. כפר סבא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הגליל והצפון</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בונים חידת תמונה משלכם – מכירים את הדרכים לבניית חידה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כדי לבנות חידת תמונה, מה עושים קודם עם שם היישוב?</w:t>
      </w:r>
    </w:p>
    <w:p>
      <w:pPr>
        <w:bidi/>
        <w:spacing w:after="20"/>
        <w:jc w:val="right"/>
      </w:pPr>
      <w:r>
        <w:rPr>
          <w:rFonts w:ascii="Arial" w:hAnsi="Arial" w:cs="Arial" w:eastAsia="Arial"/>
          <w:lang w:val="he-IL" w:bidi="he-IL"/>
          <w:sz w:val="32"/>
          <w:rtl/>
          <w:szCs w:val="32"/>
        </w:rPr>
        <w:t xml:space="preserve">      ☐ א. מחלקים אותו לחלקים שאפשר לצייר</w:t>
      </w:r>
    </w:p>
    <w:p>
      <w:pPr>
        <w:bidi/>
        <w:spacing w:after="20"/>
        <w:jc w:val="right"/>
      </w:pPr>
      <w:r>
        <w:rPr>
          <w:rFonts w:ascii="Arial" w:hAnsi="Arial" w:cs="Arial" w:eastAsia="Arial"/>
          <w:lang w:val="he-IL" w:bidi="he-IL"/>
          <w:sz w:val="32"/>
          <w:rtl/>
          <w:szCs w:val="32"/>
        </w:rPr>
        <w:t xml:space="preserve">      ☐ ב. מתרגמים אותו לאנגלית</w:t>
      </w:r>
    </w:p>
    <w:p>
      <w:pPr>
        <w:bidi/>
        <w:spacing w:after="20"/>
        <w:jc w:val="right"/>
      </w:pPr>
      <w:r>
        <w:rPr>
          <w:rFonts w:ascii="Arial" w:hAnsi="Arial" w:cs="Arial" w:eastAsia="Arial"/>
          <w:lang w:val="he-IL" w:bidi="he-IL"/>
          <w:sz w:val="32"/>
          <w:rtl/>
          <w:szCs w:val="32"/>
        </w:rPr>
        <w:t xml:space="preserve">      ☐ ג. מוחקים אותיות באקראי</w:t>
      </w:r>
    </w:p>
    <w:p>
      <w:pPr>
        <w:bidi/>
        <w:spacing w:after="20"/>
        <w:jc w:val="right"/>
      </w:pPr>
      <w:r>
        <w:rPr>
          <w:rFonts w:ascii="Arial" w:hAnsi="Arial" w:cs="Arial" w:eastAsia="Arial"/>
          <w:lang w:val="he-IL" w:bidi="he-IL"/>
          <w:b/>
          <w:sz w:val="32"/>
          <w:rtl/>
          <w:szCs w:val="32"/>
          <w:bCs/>
        </w:rPr>
        <w:t>2. מתי משתמשים בדרך של 'מילה + אותיות' בבניית חידה?</w:t>
      </w:r>
    </w:p>
    <w:p>
      <w:pPr>
        <w:bidi/>
        <w:spacing w:after="20"/>
        <w:jc w:val="right"/>
      </w:pPr>
      <w:r>
        <w:rPr>
          <w:rFonts w:ascii="Arial" w:hAnsi="Arial" w:cs="Arial" w:eastAsia="Arial"/>
          <w:lang w:val="he-IL" w:bidi="he-IL"/>
          <w:sz w:val="32"/>
          <w:rtl/>
          <w:szCs w:val="32"/>
        </w:rPr>
        <w:t xml:space="preserve">      ☐ א. כשכל השם אפשר לצייר</w:t>
      </w:r>
    </w:p>
    <w:p>
      <w:pPr>
        <w:bidi/>
        <w:spacing w:after="20"/>
        <w:jc w:val="right"/>
      </w:pPr>
      <w:r>
        <w:rPr>
          <w:rFonts w:ascii="Arial" w:hAnsi="Arial" w:cs="Arial" w:eastAsia="Arial"/>
          <w:lang w:val="he-IL" w:bidi="he-IL"/>
          <w:sz w:val="32"/>
          <w:rtl/>
          <w:szCs w:val="32"/>
        </w:rPr>
        <w:t xml:space="preserve">      ☐ ב. כשחלק מהשם אי אפשר לצייר בתמונה</w:t>
      </w:r>
    </w:p>
    <w:p>
      <w:pPr>
        <w:bidi/>
        <w:spacing w:after="20"/>
        <w:jc w:val="right"/>
      </w:pPr>
      <w:r>
        <w:rPr>
          <w:rFonts w:ascii="Arial" w:hAnsi="Arial" w:cs="Arial" w:eastAsia="Arial"/>
          <w:lang w:val="he-IL" w:bidi="he-IL"/>
          <w:sz w:val="32"/>
          <w:rtl/>
          <w:szCs w:val="32"/>
        </w:rPr>
        <w:t xml:space="preserve">      ☐ ג. כשהשם מתחיל במספר</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בונים חידת תמונה משלכם – תרגול פירוק שמות יישובים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בסמיכות, הסיומת ה בסוף המילה הראשונה הופכת ל ת, כמו ברמה שהופכת לרמת גן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הומופון הוא מילה שנכתבת אותו דבר אך נשמעת אחרת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בונים חידת תמונה משלכם – השלמות והתאמות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בית + שמש = __________</w:t>
      </w:r>
    </w:p>
    <w:p>
      <w:pPr>
        <w:bidi/>
        <w:spacing w:after="80"/>
        <w:jc w:val="right"/>
      </w:pPr>
      <w:r>
        <w:rPr>
          <w:rFonts w:ascii="Arial" w:hAnsi="Arial" w:cs="Arial" w:eastAsia="Arial"/>
          <w:lang w:val="he-IL" w:bidi="he-IL"/>
          <w:sz w:val="32"/>
          <w:rtl/>
          <w:szCs w:val="32"/>
        </w:rPr>
        <w:t>2. נהר + יה = 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בונים חידת תמונה משלכם – התאמת דרך לדוגמה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צירוף מילים שלמות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רהט</w:t>
            </w:r>
          </w:p>
        </w:tc>
      </w:tr>
      <w:tr>
        <w:tc>
          <w:tcPr>
            <w:tcW w:type="dxa" w:w="3969"/>
          </w:tcPr>
          <w:p>
            <w:pPr>
              <w:bidi/>
              <w:jc w:val="right"/>
            </w:pPr>
            <w:r>
              <w:rPr>
                <w:rFonts w:ascii="Arial" w:hAnsi="Arial" w:cs="Arial" w:eastAsia="Arial"/>
                <w:lang w:val="he-IL" w:bidi="he-IL"/>
                <w:sz w:val="32"/>
                <w:rtl/>
                <w:szCs w:val="32"/>
              </w:rPr>
              <w:t>2. סמיכות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קריית אתא</w:t>
            </w:r>
          </w:p>
        </w:tc>
      </w:tr>
      <w:tr>
        <w:tc>
          <w:tcPr>
            <w:tcW w:type="dxa" w:w="3969"/>
          </w:tcPr>
          <w:p>
            <w:pPr>
              <w:bidi/>
              <w:jc w:val="right"/>
            </w:pPr>
            <w:r>
              <w:rPr>
                <w:rFonts w:ascii="Arial" w:hAnsi="Arial" w:cs="Arial" w:eastAsia="Arial"/>
                <w:lang w:val="he-IL" w:bidi="he-IL"/>
                <w:sz w:val="32"/>
                <w:rtl/>
                <w:szCs w:val="32"/>
              </w:rPr>
              <w:t>3. הומופון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ראש פינה</w:t>
            </w:r>
          </w:p>
        </w:tc>
      </w:tr>
      <w:tr>
        <w:tc>
          <w:tcPr>
            <w:tcW w:type="dxa" w:w="3969"/>
          </w:tcPr>
          <w:p>
            <w:pPr>
              <w:bidi/>
              <w:jc w:val="right"/>
            </w:pPr>
            <w:r>
              <w:rPr>
                <w:rFonts w:ascii="Arial" w:hAnsi="Arial" w:cs="Arial" w:eastAsia="Arial"/>
                <w:lang w:val="he-IL" w:bidi="he-IL"/>
                <w:sz w:val="32"/>
                <w:rtl/>
                <w:szCs w:val="32"/>
              </w:rPr>
              <w:t>4. חיסור אות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רמת גן</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חזרה, משחקים וסיכום – זיכרון ועובדות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חידת תמונה (רבוס) כפי שמופיעה באתר?</w:t>
      </w:r>
    </w:p>
    <w:p>
      <w:pPr>
        <w:bidi/>
        <w:spacing w:after="20"/>
        <w:jc w:val="right"/>
      </w:pPr>
      <w:r>
        <w:rPr>
          <w:rFonts w:ascii="Arial" w:hAnsi="Arial" w:cs="Arial" w:eastAsia="Arial"/>
          <w:lang w:val="he-IL" w:bidi="he-IL"/>
          <w:sz w:val="32"/>
          <w:rtl/>
          <w:szCs w:val="32"/>
        </w:rPr>
        <w:t xml:space="preserve">      ☐ א. משחק מילים שבו מפרקים שם יישוב לחלקים מצוירים ומרכיבים מחדש</w:t>
      </w:r>
    </w:p>
    <w:p>
      <w:pPr>
        <w:bidi/>
        <w:spacing w:after="20"/>
        <w:jc w:val="right"/>
      </w:pPr>
      <w:r>
        <w:rPr>
          <w:rFonts w:ascii="Arial" w:hAnsi="Arial" w:cs="Arial" w:eastAsia="Arial"/>
          <w:lang w:val="he-IL" w:bidi="he-IL"/>
          <w:sz w:val="32"/>
          <w:rtl/>
          <w:szCs w:val="32"/>
        </w:rPr>
        <w:t xml:space="preserve">      ☐ ב. מפה של ישראל עם שמות ערים</w:t>
      </w:r>
    </w:p>
    <w:p>
      <w:pPr>
        <w:bidi/>
        <w:spacing w:after="20"/>
        <w:jc w:val="right"/>
      </w:pPr>
      <w:r>
        <w:rPr>
          <w:rFonts w:ascii="Arial" w:hAnsi="Arial" w:cs="Arial" w:eastAsia="Arial"/>
          <w:lang w:val="he-IL" w:bidi="he-IL"/>
          <w:sz w:val="32"/>
          <w:rtl/>
          <w:szCs w:val="32"/>
        </w:rPr>
        <w:t xml:space="preserve">      ☐ ג. רשימת שאלות אמריקאיות על גיאוגרפיה</w:t>
      </w:r>
    </w:p>
    <w:p>
      <w:pPr>
        <w:bidi/>
        <w:spacing w:after="20"/>
        <w:jc w:val="right"/>
      </w:pPr>
      <w:r>
        <w:rPr>
          <w:rFonts w:ascii="Arial" w:hAnsi="Arial" w:cs="Arial" w:eastAsia="Arial"/>
          <w:lang w:val="he-IL" w:bidi="he-IL"/>
          <w:b/>
          <w:sz w:val="32"/>
          <w:rtl/>
          <w:szCs w:val="32"/>
          <w:bCs/>
        </w:rPr>
        <w:t>2. כמה שלבים יש בסולם הרמזים של חידה?</w:t>
      </w:r>
    </w:p>
    <w:p>
      <w:pPr>
        <w:bidi/>
        <w:spacing w:after="20"/>
        <w:jc w:val="right"/>
      </w:pPr>
      <w:r>
        <w:rPr>
          <w:rFonts w:ascii="Arial" w:hAnsi="Arial" w:cs="Arial" w:eastAsia="Arial"/>
          <w:lang w:val="he-IL" w:bidi="he-IL"/>
          <w:sz w:val="32"/>
          <w:rtl/>
          <w:szCs w:val="32"/>
        </w:rPr>
        <w:t xml:space="preserve">      ☐ א. שניים</w:t>
      </w:r>
    </w:p>
    <w:p>
      <w:pPr>
        <w:bidi/>
        <w:spacing w:after="20"/>
        <w:jc w:val="right"/>
      </w:pPr>
      <w:r>
        <w:rPr>
          <w:rFonts w:ascii="Arial" w:hAnsi="Arial" w:cs="Arial" w:eastAsia="Arial"/>
          <w:lang w:val="he-IL" w:bidi="he-IL"/>
          <w:sz w:val="32"/>
          <w:rtl/>
          <w:szCs w:val="32"/>
        </w:rPr>
        <w:t xml:space="preserve">      ☐ ב. שלושה: מפה, אות ראשונה, משחק מילים</w:t>
      </w:r>
    </w:p>
    <w:p>
      <w:pPr>
        <w:bidi/>
        <w:spacing w:after="20"/>
        <w:jc w:val="right"/>
      </w:pPr>
      <w:r>
        <w:rPr>
          <w:rFonts w:ascii="Arial" w:hAnsi="Arial" w:cs="Arial" w:eastAsia="Arial"/>
          <w:lang w:val="he-IL" w:bidi="he-IL"/>
          <w:sz w:val="32"/>
          <w:rtl/>
          <w:szCs w:val="32"/>
        </w:rPr>
        <w:t xml:space="preserve">      ☐ ג. ארבעה</w:t>
      </w:r>
    </w:p>
    <w:p>
      <w:pPr>
        <w:bidi/>
        <w:spacing w:after="20"/>
        <w:jc w:val="right"/>
      </w:pPr>
      <w:r>
        <w:rPr>
          <w:rFonts w:ascii="Arial" w:hAnsi="Arial" w:cs="Arial" w:eastAsia="Arial"/>
          <w:lang w:val="he-IL" w:bidi="he-IL"/>
          <w:b/>
          <w:sz w:val="32"/>
          <w:rtl/>
          <w:szCs w:val="32"/>
          <w:bCs/>
        </w:rPr>
        <w:t>3. במשחק הקבוצות, כמה קבוצות אפשר לבחור?</w:t>
      </w:r>
    </w:p>
    <w:p>
      <w:pPr>
        <w:bidi/>
        <w:spacing w:after="20"/>
        <w:jc w:val="right"/>
      </w:pPr>
      <w:r>
        <w:rPr>
          <w:rFonts w:ascii="Arial" w:hAnsi="Arial" w:cs="Arial" w:eastAsia="Arial"/>
          <w:lang w:val="he-IL" w:bidi="he-IL"/>
          <w:sz w:val="32"/>
          <w:rtl/>
          <w:szCs w:val="32"/>
        </w:rPr>
        <w:t xml:space="preserve">      ☐ א. רק 2</w:t>
      </w:r>
    </w:p>
    <w:p>
      <w:pPr>
        <w:bidi/>
        <w:spacing w:after="20"/>
        <w:jc w:val="right"/>
      </w:pPr>
      <w:r>
        <w:rPr>
          <w:rFonts w:ascii="Arial" w:hAnsi="Arial" w:cs="Arial" w:eastAsia="Arial"/>
          <w:lang w:val="he-IL" w:bidi="he-IL"/>
          <w:sz w:val="32"/>
          <w:rtl/>
          <w:szCs w:val="32"/>
        </w:rPr>
        <w:t xml:space="preserve">      ☐ ב. 2, 3 או 4 קבוצות</w:t>
      </w:r>
    </w:p>
    <w:p>
      <w:pPr>
        <w:bidi/>
        <w:spacing w:after="20"/>
        <w:jc w:val="right"/>
      </w:pPr>
      <w:r>
        <w:rPr>
          <w:rFonts w:ascii="Arial" w:hAnsi="Arial" w:cs="Arial" w:eastAsia="Arial"/>
          <w:lang w:val="he-IL" w:bidi="he-IL"/>
          <w:sz w:val="32"/>
          <w:rtl/>
          <w:szCs w:val="32"/>
        </w:rPr>
        <w:t xml:space="preserve">      ☐ ג. עד 6 קבוצות</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יודע/ת להסביר בלשוני מה ההבדל בין צירוף מילים לבין סמיכות, עם דוגמה לכל אחד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יכול/ה לזהות הומופון בחידת תמונה ולהסביר למה הוא יוצר קושי בפתרון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מקום בארץ: חידות תמונה על יישובים בישראל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